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Georgia" w:hAnsi="Georgia" w:cs="Georgia" w:eastAsia="Georgia"/>
          <w:b/>
          <w:color w:val="B0542E"/>
          <w:sz w:val="15"/>
        </w:rPr>
        <w:t>PHOTO PERMISSION FORM</w:t>
      </w:r>
    </w:p>
    <w:p>
      <w:pPr>
        <w:pStyle w:val="Title"/>
        <w:spacing w:before="0" w:after="80" w:line="252" w:lineRule="auto"/>
      </w:pPr>
      <w:r>
        <w:t>Photograph and Archive Permission Form</w:t>
      </w:r>
    </w:p>
    <w:p>
      <w:pPr>
        <w:spacing w:before="0" w:after="240" w:line="312" w:lineRule="auto"/>
      </w:pPr>
      <w:r>
        <w:rPr>
          <w:rFonts w:ascii="Georgia" w:hAnsi="Georgia" w:cs="Georgia" w:eastAsia="Georgia"/>
          <w:i/>
          <w:color w:val="6F6358"/>
          <w:sz w:val="18"/>
        </w:rPr>
        <w:t>From sgwashere.com/legal-templates/photo-permission-form/ · updated 19 October 2026</w:t>
      </w:r>
    </w:p>
    <w:p>
      <w:pPr>
        <w:spacing w:before="0" w:after="80" w:line="300" w:lineRule="auto"/>
      </w:pPr>
      <w:r>
        <w:rPr>
          <w:rFonts w:ascii="Georgia" w:hAnsi="Georgia" w:cs="Georgia" w:eastAsia="Georgia"/>
          <w:b/>
          <w:color w:val="6F6358"/>
          <w:sz w:val="14"/>
        </w:rPr>
        <w:t xml:space="preserve">HOW TO USE IT   </w:t>
      </w:r>
      <w:r>
        <w:rPr>
          <w:sz w:val="18"/>
        </w:rPr>
        <w:t xml:space="preserve">Fill in every </w:t>
      </w:r>
      <w:r>
        <w:rPr>
          <w:color w:val="4A3426"/>
          <w:sz w:val="18"/>
          <w:shd w:val="clear" w:color="auto" w:fill="F5E6CF"/>
        </w:rPr>
        <w:t>[BLANK]</w:t>
      </w:r>
      <w:r>
        <w:rPr>
          <w:sz w:val="18"/>
        </w:rPr>
        <w:t>. Where you see ☐ options, keep the ones you want and strike the rest.</w:t>
      </w:r>
    </w:p>
    <w:p>
      <w:pPr>
        <w:spacing w:before="0" w:after="320" w:line="300" w:lineRule="auto"/>
        <w:pBdr>
          <w:bottom w:val="single" w:sz="4" w:space="8" w:color="D9CBB8"/>
        </w:pBdr>
      </w:pPr>
      <w:r>
        <w:rPr>
          <w:rFonts w:ascii="Georgia" w:hAnsi="Georgia" w:cs="Georgia" w:eastAsia="Georgia"/>
          <w:b/>
          <w:color w:val="6F6358"/>
          <w:sz w:val="14"/>
        </w:rPr>
        <w:t xml:space="preserve">BEFORE YOU SIGN   </w:t>
      </w:r>
      <w:r>
        <w:rPr>
          <w:sz w:val="18"/>
        </w:rPr>
        <w:t>This is a template, not legal advice. Laws differ by country and by state. Have a lawyer where you live read it before anyone signs.</w:t>
      </w:r>
    </w:p>
    <w:p>
      <w:pPr>
        <w:pStyle w:val="Heading2"/>
        <w:keepNext/>
        <w:tabs>
          <w:tab w:pos="624" w:val="left"/>
        </w:tabs>
        <w:spacing w:before="280" w:after="80" w:line="312" w:lineRule="auto"/>
        <w:ind w:left="624" w:hanging="624"/>
      </w:pPr>
      <w:r>
        <w:rPr>
          <w:rFonts w:ascii="Georgia" w:hAnsi="Georgia" w:cs="Georgia" w:eastAsia="Georgia"/>
          <w:color w:val="B0542E"/>
          <w:sz w:val="28"/>
        </w:rPr>
        <w:t>1</w:t>
        <w:tab/>
      </w:r>
      <w:r>
        <w:rPr>
          <w:rFonts w:ascii="Georgia" w:hAnsi="Georgia" w:cs="Georgia" w:eastAsia="Georgia"/>
          <w:color w:val="2A241E"/>
          <w:sz w:val="25"/>
        </w:rPr>
        <w:t>Who is giving permission</w:t>
      </w:r>
    </w:p>
    <w:p>
      <w:pPr>
        <w:tabs>
          <w:tab w:pos="624" w:val="left"/>
        </w:tabs>
        <w:spacing w:before="0" w:after="120" w:line="312" w:lineRule="auto"/>
        <w:ind w:left="624" w:hanging="624"/>
      </w:pPr>
      <w:r>
        <w:rPr>
          <w:rFonts w:ascii="Georgia" w:hAnsi="Georgia" w:cs="Georgia" w:eastAsia="Georgia"/>
          <w:color w:val="6F6358"/>
          <w:sz w:val="16"/>
        </w:rPr>
        <w:t>1.1</w:t>
        <w:tab/>
      </w:r>
      <w:r>
        <w:t xml:space="preserve">My name: </w:t>
      </w:r>
      <w:r>
        <w:rPr>
          <w:color w:val="4A3426"/>
          <w:shd w:val="clear" w:color="auto" w:fill="F5E6CF"/>
        </w:rPr>
        <w:t>[OWNER FULL NAME]</w:t>
      </w:r>
      <w:r>
        <w:t xml:space="preserve">. Address: </w:t>
      </w:r>
      <w:r>
        <w:rPr>
          <w:color w:val="4A3426"/>
          <w:shd w:val="clear" w:color="auto" w:fill="F5E6CF"/>
        </w:rPr>
        <w:t>[ADDRESS]</w:t>
      </w:r>
      <w:r>
        <w:t>.</w:t>
      </w:r>
    </w:p>
    <w:p>
      <w:pPr>
        <w:tabs>
          <w:tab w:pos="624" w:val="left"/>
        </w:tabs>
        <w:spacing w:before="0" w:after="120" w:line="312" w:lineRule="auto"/>
        <w:ind w:left="624" w:hanging="624"/>
      </w:pPr>
      <w:r>
        <w:rPr>
          <w:rFonts w:ascii="Georgia" w:hAnsi="Georgia" w:cs="Georgia" w:eastAsia="Georgia"/>
          <w:color w:val="6F6358"/>
          <w:sz w:val="16"/>
        </w:rPr>
        <w:t>1.2</w:t>
        <w:tab/>
      </w:r>
      <w:r>
        <w:t xml:space="preserve">I am lending, or giving copies of, the items listed in Schedule 1 (the "Items") to </w:t>
      </w:r>
      <w:r>
        <w:rPr>
          <w:color w:val="4A3426"/>
          <w:shd w:val="clear" w:color="auto" w:fill="F5E6CF"/>
        </w:rPr>
        <w:t>[WRITER NAME]</w:t>
      </w:r>
      <w:r>
        <w:t xml:space="preserve"> for a book about </w:t>
      </w:r>
      <w:r>
        <w:rPr>
          <w:color w:val="4A3426"/>
          <w:shd w:val="clear" w:color="auto" w:fill="F5E6CF"/>
        </w:rPr>
        <w:t>[SUBJECT NAME]</w:t>
      </w:r>
      <w:r>
        <w:t xml:space="preserve">, commissioned by </w:t>
      </w:r>
      <w:r>
        <w:rPr>
          <w:color w:val="4A3426"/>
          <w:shd w:val="clear" w:color="auto" w:fill="F5E6CF"/>
        </w:rPr>
        <w:t>[CLIENT NAME]</w:t>
      </w:r>
      <w:r>
        <w:t xml:space="preserve"> (the "Book").</w:t>
      </w:r>
    </w:p>
    <w:p>
      <w:pPr>
        <w:pStyle w:val="Heading2"/>
        <w:keepNext/>
        <w:tabs>
          <w:tab w:pos="624" w:val="left"/>
        </w:tabs>
        <w:spacing w:before="280" w:after="80" w:line="312" w:lineRule="auto"/>
        <w:ind w:left="624" w:hanging="624"/>
      </w:pPr>
      <w:r>
        <w:rPr>
          <w:rFonts w:ascii="Georgia" w:hAnsi="Georgia" w:cs="Georgia" w:eastAsia="Georgia"/>
          <w:color w:val="B0542E"/>
          <w:sz w:val="28"/>
        </w:rPr>
        <w:t>2</w:t>
        <w:tab/>
      </w:r>
      <w:r>
        <w:rPr>
          <w:rFonts w:ascii="Georgia" w:hAnsi="Georgia" w:cs="Georgia" w:eastAsia="Georgia"/>
          <w:color w:val="2A241E"/>
          <w:sz w:val="25"/>
        </w:rPr>
        <w:t>What I own</w:t>
      </w:r>
    </w:p>
    <w:p>
      <w:pPr>
        <w:tabs>
          <w:tab w:pos="624" w:val="left"/>
        </w:tabs>
        <w:spacing w:before="0" w:after="120" w:line="312" w:lineRule="auto"/>
        <w:ind w:left="624" w:hanging="624"/>
      </w:pPr>
      <w:r>
        <w:rPr>
          <w:rFonts w:ascii="Georgia" w:hAnsi="Georgia" w:cs="Georgia" w:eastAsia="Georgia"/>
          <w:color w:val="6F6358"/>
          <w:sz w:val="16"/>
        </w:rPr>
        <w:t>2.1</w:t>
        <w:tab/>
      </w:r>
      <w:r>
        <w:t xml:space="preserve">I confirm that ☐ I own the Items and the copyright in them ☐ I own the Items but not the copyright, which belongs to </w:t>
      </w:r>
      <w:r>
        <w:rPr>
          <w:color w:val="4A3426"/>
          <w:shd w:val="clear" w:color="auto" w:fill="F5E6CF"/>
        </w:rPr>
        <w:t>[NAME, OR "UNKNOWN"]</w:t>
      </w:r>
      <w:r>
        <w:t xml:space="preserve"> ☐ I hold the Items for </w:t>
      </w:r>
      <w:r>
        <w:rPr>
          <w:color w:val="4A3426"/>
          <w:shd w:val="clear" w:color="auto" w:fill="F5E6CF"/>
        </w:rPr>
        <w:t>[NAME OR ORGANISATION]</w:t>
      </w:r>
      <w:r>
        <w:t>.</w:t>
      </w:r>
    </w:p>
    <w:p>
      <w:pPr>
        <w:pStyle w:val="Heading2"/>
        <w:keepNext/>
        <w:tabs>
          <w:tab w:pos="624" w:val="left"/>
        </w:tabs>
        <w:spacing w:before="280" w:after="80" w:line="312" w:lineRule="auto"/>
        <w:ind w:left="624" w:hanging="624"/>
      </w:pPr>
      <w:r>
        <w:rPr>
          <w:rFonts w:ascii="Georgia" w:hAnsi="Georgia" w:cs="Georgia" w:eastAsia="Georgia"/>
          <w:color w:val="B0542E"/>
          <w:sz w:val="28"/>
        </w:rPr>
        <w:t>3</w:t>
        <w:tab/>
      </w:r>
      <w:r>
        <w:rPr>
          <w:rFonts w:ascii="Georgia" w:hAnsi="Georgia" w:cs="Georgia" w:eastAsia="Georgia"/>
          <w:color w:val="2A241E"/>
          <w:sz w:val="25"/>
        </w:rPr>
        <w:t>What may be done with the Items</w:t>
      </w:r>
    </w:p>
    <w:p>
      <w:pPr>
        <w:tabs>
          <w:tab w:pos="624" w:val="left"/>
        </w:tabs>
        <w:spacing w:before="0" w:after="120" w:line="312" w:lineRule="auto"/>
        <w:ind w:left="624" w:hanging="624"/>
      </w:pPr>
      <w:r>
        <w:rPr>
          <w:rFonts w:ascii="Georgia" w:hAnsi="Georgia" w:cs="Georgia" w:eastAsia="Georgia"/>
          <w:color w:val="6F6358"/>
          <w:sz w:val="16"/>
        </w:rPr>
        <w:t>3.1</w:t>
        <w:tab/>
      </w:r>
      <w:r>
        <w:t xml:space="preserve">I give </w:t>
      </w:r>
      <w:r>
        <w:rPr>
          <w:color w:val="4A3426"/>
          <w:shd w:val="clear" w:color="auto" w:fill="F5E6CF"/>
        </w:rPr>
        <w:t>[CLIENT NAME]</w:t>
      </w:r>
      <w:r>
        <w:t xml:space="preserve"> a non-exclusive, worldwide, royalty-free permission, for the full term of copyright, to scan, copy, crop, restore and reproduce the Items in the Book, in every edition, format and translation, and in publicity for the Book.</w:t>
      </w:r>
    </w:p>
    <w:p>
      <w:pPr>
        <w:tabs>
          <w:tab w:pos="1191" w:val="left"/>
        </w:tabs>
        <w:spacing w:before="0" w:after="80" w:line="312" w:lineRule="auto"/>
        <w:ind w:left="1191" w:hanging="340"/>
      </w:pPr>
      <w:r>
        <w:t>☐</w:t>
        <w:tab/>
        <w:t>Colour correction and restoration are allowed. ☐ The Items may not be altered beyond cropping.</w:t>
      </w:r>
    </w:p>
    <w:p>
      <w:pPr>
        <w:pStyle w:val="Heading2"/>
        <w:keepNext/>
        <w:tabs>
          <w:tab w:pos="624" w:val="left"/>
        </w:tabs>
        <w:spacing w:before="280" w:after="80" w:line="312" w:lineRule="auto"/>
        <w:ind w:left="624" w:hanging="624"/>
      </w:pPr>
      <w:r>
        <w:rPr>
          <w:rFonts w:ascii="Georgia" w:hAnsi="Georgia" w:cs="Georgia" w:eastAsia="Georgia"/>
          <w:color w:val="B0542E"/>
          <w:sz w:val="28"/>
        </w:rPr>
        <w:t>4</w:t>
        <w:tab/>
      </w:r>
      <w:r>
        <w:rPr>
          <w:rFonts w:ascii="Georgia" w:hAnsi="Georgia" w:cs="Georgia" w:eastAsia="Georgia"/>
          <w:color w:val="2A241E"/>
          <w:sz w:val="25"/>
        </w:rPr>
        <w:t>Credit</w:t>
      </w:r>
    </w:p>
    <w:p>
      <w:pPr>
        <w:tabs>
          <w:tab w:pos="624" w:val="left"/>
        </w:tabs>
        <w:spacing w:before="0" w:after="120" w:line="312" w:lineRule="auto"/>
        <w:ind w:left="624" w:hanging="624"/>
      </w:pPr>
      <w:r>
        <w:rPr>
          <w:rFonts w:ascii="Georgia" w:hAnsi="Georgia" w:cs="Georgia" w:eastAsia="Georgia"/>
          <w:color w:val="6F6358"/>
          <w:sz w:val="16"/>
        </w:rPr>
        <w:t>4.1</w:t>
        <w:tab/>
      </w:r>
      <w:r>
        <w:t xml:space="preserve">Credit line: </w:t>
      </w:r>
      <w:r>
        <w:rPr>
          <w:color w:val="4A3426"/>
          <w:shd w:val="clear" w:color="auto" w:fill="F5E6CF"/>
        </w:rPr>
        <w:t>[FOR EXAMPLE, "COURTESY OF THE MEHTA FAMILY"]</w:t>
      </w:r>
      <w:r>
        <w:t xml:space="preserve"> ☐ No credit needed.</w:t>
      </w:r>
    </w:p>
    <w:p>
      <w:pPr>
        <w:pStyle w:val="Heading2"/>
        <w:keepNext/>
        <w:tabs>
          <w:tab w:pos="624" w:val="left"/>
        </w:tabs>
        <w:spacing w:before="280" w:after="80" w:line="312" w:lineRule="auto"/>
        <w:ind w:left="624" w:hanging="624"/>
      </w:pPr>
      <w:r>
        <w:rPr>
          <w:rFonts w:ascii="Georgia" w:hAnsi="Georgia" w:cs="Georgia" w:eastAsia="Georgia"/>
          <w:color w:val="B0542E"/>
          <w:sz w:val="28"/>
        </w:rPr>
        <w:t>5</w:t>
        <w:tab/>
      </w:r>
      <w:r>
        <w:rPr>
          <w:rFonts w:ascii="Georgia" w:hAnsi="Georgia" w:cs="Georgia" w:eastAsia="Georgia"/>
          <w:color w:val="2A241E"/>
          <w:sz w:val="25"/>
        </w:rPr>
        <w:t>People shown in the photographs</w:t>
      </w:r>
    </w:p>
    <w:p>
      <w:pPr>
        <w:tabs>
          <w:tab w:pos="624" w:val="left"/>
        </w:tabs>
        <w:spacing w:before="0" w:after="120" w:line="312" w:lineRule="auto"/>
        <w:ind w:left="624" w:hanging="624"/>
      </w:pPr>
      <w:r>
        <w:rPr>
          <w:rFonts w:ascii="Georgia" w:hAnsi="Georgia" w:cs="Georgia" w:eastAsia="Georgia"/>
          <w:color w:val="6F6358"/>
          <w:sz w:val="16"/>
        </w:rPr>
        <w:t>5.1</w:t>
        <w:tab/>
      </w:r>
      <w:r>
        <w:t>Where a living person can be recognised in an Item, I confirm that ☐ they have agreed to its use in the Book ☐ I have not asked them, and the Writer will ask before the Item is used on the cover or in publicity.</w:t>
      </w:r>
    </w:p>
    <w:p>
      <w:pPr>
        <w:pStyle w:val="Heading2"/>
        <w:keepNext/>
        <w:tabs>
          <w:tab w:pos="624" w:val="left"/>
        </w:tabs>
        <w:spacing w:before="280" w:after="80" w:line="312" w:lineRule="auto"/>
        <w:ind w:left="624" w:hanging="624"/>
      </w:pPr>
      <w:r>
        <w:rPr>
          <w:rFonts w:ascii="Georgia" w:hAnsi="Georgia" w:cs="Georgia" w:eastAsia="Georgia"/>
          <w:color w:val="B0542E"/>
          <w:sz w:val="28"/>
        </w:rPr>
        <w:t>6</w:t>
        <w:tab/>
      </w:r>
      <w:r>
        <w:rPr>
          <w:rFonts w:ascii="Georgia" w:hAnsi="Georgia" w:cs="Georgia" w:eastAsia="Georgia"/>
          <w:color w:val="2A241E"/>
          <w:sz w:val="25"/>
        </w:rPr>
        <w:t>Care and return of originals</w:t>
      </w:r>
    </w:p>
    <w:p>
      <w:pPr>
        <w:tabs>
          <w:tab w:pos="624" w:val="left"/>
        </w:tabs>
        <w:spacing w:before="0" w:after="120" w:line="312" w:lineRule="auto"/>
        <w:ind w:left="624" w:hanging="624"/>
      </w:pPr>
      <w:r>
        <w:rPr>
          <w:rFonts w:ascii="Georgia" w:hAnsi="Georgia" w:cs="Georgia" w:eastAsia="Georgia"/>
          <w:color w:val="6F6358"/>
          <w:sz w:val="16"/>
        </w:rPr>
        <w:t>6.1</w:t>
        <w:tab/>
      </w:r>
      <w:r>
        <w:t xml:space="preserve">Originals will be handled with care, stored safely, and returned to me by </w:t>
      </w:r>
      <w:r>
        <w:rPr>
          <w:color w:val="4A3426"/>
          <w:shd w:val="clear" w:color="auto" w:fill="F5E6CF"/>
        </w:rPr>
        <w:t>[DATE]</w:t>
      </w:r>
      <w:r>
        <w:t xml:space="preserve"> by </w:t>
      </w:r>
      <w:r>
        <w:rPr>
          <w:color w:val="4A3426"/>
          <w:shd w:val="clear" w:color="auto" w:fill="F5E6CF"/>
        </w:rPr>
        <w:t>[HAND / INSURED COURIER]</w:t>
      </w:r>
      <w:r>
        <w:t xml:space="preserve">. If an original is lost or damaged while lent, </w:t>
      </w:r>
      <w:r>
        <w:rPr>
          <w:color w:val="4A3426"/>
          <w:shd w:val="clear" w:color="auto" w:fill="F5E6CF"/>
        </w:rPr>
        <w:t>[CLIENT OR WRITER]</w:t>
      </w:r>
      <w:r>
        <w:t xml:space="preserve"> will </w:t>
      </w:r>
      <w:r>
        <w:rPr>
          <w:color w:val="4A3426"/>
          <w:shd w:val="clear" w:color="auto" w:fill="F5E6CF"/>
        </w:rPr>
        <w:t>[PAY THE AGREED VALUE OF / ARRANGE PROFESSIONAL REPAIR OF]</w:t>
      </w:r>
      <w:r>
        <w:t xml:space="preserve"> it. Agreed value: </w:t>
      </w:r>
      <w:r>
        <w:rPr>
          <w:color w:val="4A3426"/>
          <w:shd w:val="clear" w:color="auto" w:fill="F5E6CF"/>
        </w:rPr>
        <w:t>[AMOUNT OR "NONE"]</w:t>
      </w:r>
      <w:r>
        <w:t>.</w:t>
      </w:r>
    </w:p>
    <w:p>
      <w:pPr>
        <w:pStyle w:val="Heading2"/>
        <w:keepNext/>
        <w:tabs>
          <w:tab w:pos="624" w:val="left"/>
        </w:tabs>
        <w:spacing w:before="280" w:after="80" w:line="312" w:lineRule="auto"/>
        <w:ind w:left="624" w:hanging="624"/>
      </w:pPr>
      <w:r>
        <w:rPr>
          <w:rFonts w:ascii="Georgia" w:hAnsi="Georgia" w:cs="Georgia" w:eastAsia="Georgia"/>
          <w:color w:val="B0542E"/>
          <w:sz w:val="28"/>
        </w:rPr>
        <w:t>7</w:t>
        <w:tab/>
      </w:r>
      <w:r>
        <w:rPr>
          <w:rFonts w:ascii="Georgia" w:hAnsi="Georgia" w:cs="Georgia" w:eastAsia="Georgia"/>
          <w:color w:val="2A241E"/>
          <w:sz w:val="25"/>
        </w:rPr>
        <w:t>Withdrawing</w:t>
      </w:r>
    </w:p>
    <w:p>
      <w:pPr>
        <w:tabs>
          <w:tab w:pos="624" w:val="left"/>
        </w:tabs>
        <w:spacing w:before="0" w:after="120" w:line="312" w:lineRule="auto"/>
        <w:ind w:left="624" w:hanging="624"/>
      </w:pPr>
      <w:r>
        <w:rPr>
          <w:rFonts w:ascii="Georgia" w:hAnsi="Georgia" w:cs="Georgia" w:eastAsia="Georgia"/>
          <w:color w:val="6F6358"/>
          <w:sz w:val="16"/>
        </w:rPr>
        <w:t>7.1</w:t>
        <w:tab/>
      </w:r>
      <w:r>
        <w:t xml:space="preserve">I may withdraw permission for any Item by writing to </w:t>
      </w:r>
      <w:r>
        <w:rPr>
          <w:color w:val="4A3426"/>
          <w:shd w:val="clear" w:color="auto" w:fill="F5E6CF"/>
        </w:rPr>
        <w:t>[WRITER EMAIL]</w:t>
      </w:r>
      <w:r>
        <w:t xml:space="preserve"> before </w:t>
      </w:r>
      <w:r>
        <w:rPr>
          <w:color w:val="4A3426"/>
          <w:shd w:val="clear" w:color="auto" w:fill="F5E6CF"/>
        </w:rPr>
        <w:t>[DATE OR "THE BOOK IS SENT TO PRINT"]</w:t>
      </w:r>
      <w:r>
        <w:t>.</w:t>
      </w:r>
    </w:p>
    <w:p>
      <w:pPr>
        <w:pStyle w:val="Heading2"/>
        <w:keepNext/>
        <w:spacing w:before="400" w:after="40" w:line="312" w:lineRule="auto"/>
        <w:pBdr>
          <w:bottom w:val="single" w:sz="4" w:space="4" w:color="2A241E"/>
        </w:pBdr>
      </w:pPr>
      <w:r>
        <w:t>Schedule 1: the Items</w:t>
      </w:r>
    </w:p>
    <w:tbl>
      <w:tblPr>
        <w:tblW w:type="auto" w:w="0"/>
        <w:tblLook w:firstColumn="1" w:firstRow="1" w:lastColumn="0" w:lastRow="0" w:noHBand="0" w:noVBand="1" w:val="04A0"/>
      </w:tblPr>
      <w:tblGrid>
        <w:gridCol w:w="4706"/>
        <w:gridCol w:w="4706"/>
      </w:tblGrid>
      <w:tr>
        <w:tc>
          <w:tcPr>
            <w:tcW w:type="dxa" w:w="3118"/>
          </w:tcPr>
          <w:p>
            <w:pPr>
              <w:spacing w:before="100" w:after="100" w:line="312" w:lineRule="auto"/>
              <w:pBdr>
                <w:bottom w:val="single" w:sz="4" w:space="5" w:color="E7DDD0"/>
              </w:pBdr>
            </w:pPr>
            <w:r>
              <w:rPr>
                <w:rFonts w:ascii="Georgia" w:hAnsi="Georgia" w:cs="Georgia" w:eastAsia="Georgia"/>
                <w:color w:val="6F6358"/>
              </w:rPr>
              <w:t>1/</w:t>
            </w:r>
          </w:p>
        </w:tc>
        <w:tc>
          <w:tcPr>
            <w:tcW w:type="dxa" w:w="6293"/>
          </w:tcPr>
          <w:p>
            <w:pPr>
              <w:spacing w:before="100" w:after="100" w:line="312" w:lineRule="auto"/>
              <w:pBdr>
                <w:bottom w:val="single" w:sz="4" w:space="5" w:color="E7DDD0"/>
              </w:pBdr>
            </w:pPr>
            <w:r>
              <w:rPr>
                <w:color w:val="4A3426"/>
                <w:shd w:val="clear" w:color="auto" w:fill="F5E6CF"/>
              </w:rPr>
              <w:t>[DESCRIPTION, YEAR, ORIGINAL OR COPY]</w:t>
            </w:r>
          </w:p>
        </w:tc>
      </w:tr>
      <w:tr>
        <w:tc>
          <w:tcPr>
            <w:tcW w:type="dxa" w:w="3118"/>
          </w:tcPr>
          <w:p>
            <w:pPr>
              <w:spacing w:before="100" w:after="100" w:line="312" w:lineRule="auto"/>
              <w:pBdr>
                <w:bottom w:val="single" w:sz="4" w:space="5" w:color="E7DDD0"/>
              </w:pBdr>
            </w:pPr>
            <w:r>
              <w:rPr>
                <w:rFonts w:ascii="Georgia" w:hAnsi="Georgia" w:cs="Georgia" w:eastAsia="Georgia"/>
                <w:color w:val="6F6358"/>
              </w:rPr>
              <w:t>2/</w:t>
            </w:r>
          </w:p>
        </w:tc>
        <w:tc>
          <w:tcPr>
            <w:tcW w:type="dxa" w:w="6293"/>
          </w:tcPr>
          <w:p>
            <w:pPr>
              <w:spacing w:before="100" w:after="100" w:line="312" w:lineRule="auto"/>
              <w:pBdr>
                <w:bottom w:val="single" w:sz="4" w:space="5" w:color="E7DDD0"/>
              </w:pBdr>
            </w:pPr>
            <w:r>
              <w:rPr>
                <w:color w:val="4A3426"/>
                <w:shd w:val="clear" w:color="auto" w:fill="F5E6CF"/>
              </w:rPr>
              <w:t>[DESCRIPTION, YEAR, ORIGINAL OR COPY]</w:t>
            </w:r>
          </w:p>
        </w:tc>
      </w:tr>
      <w:tr>
        <w:tc>
          <w:tcPr>
            <w:tcW w:type="dxa" w:w="3118"/>
          </w:tcPr>
          <w:p>
            <w:pPr>
              <w:spacing w:before="100" w:after="100" w:line="312" w:lineRule="auto"/>
              <w:pBdr>
                <w:bottom w:val="single" w:sz="4" w:space="5" w:color="E7DDD0"/>
              </w:pBdr>
            </w:pPr>
            <w:r>
              <w:rPr>
                <w:rFonts w:ascii="Georgia" w:hAnsi="Georgia" w:cs="Georgia" w:eastAsia="Georgia"/>
                <w:color w:val="6F6358"/>
              </w:rPr>
              <w:t>3/</w:t>
            </w:r>
          </w:p>
        </w:tc>
        <w:tc>
          <w:tcPr>
            <w:tcW w:type="dxa" w:w="6293"/>
          </w:tcPr>
          <w:p>
            <w:pPr>
              <w:spacing w:before="100" w:after="100" w:line="312" w:lineRule="auto"/>
              <w:pBdr>
                <w:bottom w:val="single" w:sz="4" w:space="5" w:color="E7DDD0"/>
              </w:pBdr>
            </w:pPr>
            <w:r>
              <w:rPr>
                <w:color w:val="4A3426"/>
                <w:shd w:val="clear" w:color="auto" w:fill="F5E6CF"/>
              </w:rPr>
              <w:t>[DESCRIPTION, YEAR, ORIGINAL OR COPY]</w:t>
            </w:r>
          </w:p>
        </w:tc>
      </w:tr>
    </w:tbl>
    <w:p>
      <w:pPr>
        <w:pStyle w:val="Heading2"/>
        <w:keepNext/>
        <w:spacing w:before="480" w:after="200" w:line="312" w:lineRule="auto"/>
        <w:pBdr>
          <w:bottom w:val="single" w:sz="4" w:space="4" w:color="2A241E"/>
        </w:pBdr>
      </w:pPr>
      <w:r>
        <w:t>Signatures</w:t>
      </w:r>
    </w:p>
    <w:p>
      <w:pPr>
        <w:keepNext/>
        <w:spacing w:before="400" w:after="40" w:line="312" w:lineRule="auto"/>
      </w:pPr>
      <w:r>
        <w:rPr>
          <w:rFonts w:ascii="Georgia" w:hAnsi="Georgia" w:cs="Georgia" w:eastAsia="Georgia"/>
          <w:color w:val="2A241E"/>
          <w:sz w:val="22"/>
        </w:rPr>
        <w:t>Owner or holder</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p>
      <w:pPr>
        <w:keepNext/>
        <w:spacing w:before="400" w:after="40" w:line="312" w:lineRule="auto"/>
      </w:pPr>
      <w:r>
        <w:rPr>
          <w:rFonts w:ascii="Georgia" w:hAnsi="Georgia" w:cs="Georgia" w:eastAsia="Georgia"/>
          <w:color w:val="2A241E"/>
          <w:sz w:val="22"/>
        </w:rPr>
        <w:t>Received by (writer or client)</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Georgia" w:hAnsi="Georgia" w:cs="Georgia" w:eastAsia="Georgia"/>
        <w:color w:val="6F6358"/>
        <w:sz w:val="15"/>
      </w:rPr>
      <w:t>Photograph and Archive Permission Form · Downloaded for free from sgwashere.com</w:t>
      <w:tab/>
    </w:r>
    <w:r>
      <w:rPr>
        <w:rFonts w:ascii="Georgia" w:hAnsi="Georgia" w:cs="Georgia" w:eastAsia="Georgia"/>
        <w:color w:val="6F6358"/>
        <w:sz w:val="15"/>
      </w:rPr>
      <w:fldChar w:fldCharType="begin"/>
      <w:instrText xml:space="preserve">PAGE</w:instrText>
      <w:fldChar w:fldCharType="end"/>
    </w:r>
    <w:r>
      <w:rPr>
        <w:rFonts w:ascii="Georgia" w:hAnsi="Georgia" w:cs="Georgia" w:eastAsia="Georgia"/>
        <w:color w:val="6F6358"/>
        <w:sz w:val="15"/>
      </w:rPr>
      <w:t xml:space="preserve"> of </w:t>
    </w:r>
    <w:r>
      <w:rPr>
        <w:rFonts w:ascii="Georgia" w:hAnsi="Georgia" w:cs="Georgia" w:eastAsia="Georgia"/>
        <w:color w:val="6F6358"/>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2A24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Georgia" w:hAnsi="Georgia" w:cs="Georgia" w:eastAsia="Georgia"/>
      <w:b w:val="0"/>
      <w:bCs/>
      <w:i w:val="0"/>
      <w:color w:val="2A241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Georgia" w:hAnsi="Georgia" w:cs="Georgia" w:eastAsia="Georgia"/>
      <w:b w:val="0"/>
      <w:bCs/>
      <w:i w:val="0"/>
      <w:color w:val="2A241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Georgia" w:hAnsi="Georgia" w:cs="Georgia" w:eastAsia="Georgia"/>
      <w:b w:val="0"/>
      <w:i w:val="0"/>
      <w:color w:val="2A241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 and Archive Permission Form</dc:title>
  <dc:subject/>
  <dc:creator>sgwashere.com</dc:creator>
  <cp:keywords/>
  <dc:description>generated by python-docx</dc:description>
  <cp:lastModifiedBy/>
  <cp:revision>1</cp:revision>
  <dcterms:created xsi:type="dcterms:W3CDTF">2013-12-23T23:15:00Z</dcterms:created>
  <dcterms:modified xsi:type="dcterms:W3CDTF">2013-12-23T23:15:00Z</dcterms:modified>
  <cp:category/>
</cp:coreProperties>
</file>