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20" w:after="80" w:line="312" w:lineRule="auto"/>
      </w:pPr>
      <w:r>
        <w:rPr>
          <w:rFonts w:ascii="Georgia" w:hAnsi="Georgia" w:cs="Georgia" w:eastAsia="Georgia"/>
          <w:b/>
          <w:color w:val="B0542E"/>
          <w:sz w:val="15"/>
        </w:rPr>
        <w:t>CONFIDENTIALITY LETTER</w:t>
      </w:r>
    </w:p>
    <w:p>
      <w:pPr>
        <w:pStyle w:val="Title"/>
        <w:spacing w:before="0" w:after="80" w:line="252" w:lineRule="auto"/>
      </w:pPr>
      <w:r>
        <w:t>Confidentiality Letter</w:t>
      </w:r>
    </w:p>
    <w:p>
      <w:pPr>
        <w:spacing w:before="0" w:after="240" w:line="312" w:lineRule="auto"/>
      </w:pPr>
      <w:r>
        <w:rPr>
          <w:rFonts w:ascii="Georgia" w:hAnsi="Georgia" w:cs="Georgia" w:eastAsia="Georgia"/>
          <w:i/>
          <w:color w:val="6F6358"/>
          <w:sz w:val="18"/>
        </w:rPr>
        <w:t>From sgwashere.com/legal-templates/introduction-confidentiality-letter/ · updated 19 October 2026</w:t>
      </w:r>
    </w:p>
    <w:p>
      <w:pPr>
        <w:spacing w:before="0" w:after="80" w:line="300" w:lineRule="auto"/>
      </w:pPr>
      <w:r>
        <w:rPr>
          <w:rFonts w:ascii="Georgia" w:hAnsi="Georgia" w:cs="Georgia" w:eastAsia="Georgia"/>
          <w:b/>
          <w:color w:val="6F6358"/>
          <w:sz w:val="14"/>
        </w:rPr>
        <w:t xml:space="preserve">HOW TO USE IT   </w:t>
      </w:r>
      <w:r>
        <w:rPr>
          <w:sz w:val="18"/>
        </w:rPr>
        <w:t xml:space="preserve">Fill in every </w:t>
      </w:r>
      <w:r>
        <w:rPr>
          <w:color w:val="4A3426"/>
          <w:sz w:val="18"/>
          <w:shd w:val="clear" w:color="auto" w:fill="F5E6CF"/>
        </w:rPr>
        <w:t>[BLANK]</w:t>
      </w:r>
      <w:r>
        <w:rPr>
          <w:sz w:val="18"/>
        </w:rPr>
        <w:t>. Where you see ☐ options, keep the ones you want and strike the rest.</w:t>
      </w:r>
    </w:p>
    <w:p>
      <w:pPr>
        <w:spacing w:before="0" w:after="320" w:line="300" w:lineRule="auto"/>
        <w:pBdr>
          <w:bottom w:val="single" w:sz="4" w:space="8" w:color="D9CBB8"/>
        </w:pBdr>
      </w:pPr>
      <w:r>
        <w:rPr>
          <w:rFonts w:ascii="Georgia" w:hAnsi="Georgia" w:cs="Georgia" w:eastAsia="Georgia"/>
          <w:b/>
          <w:color w:val="6F6358"/>
          <w:sz w:val="14"/>
        </w:rPr>
        <w:t xml:space="preserve">BEFORE YOU SIGN   </w:t>
      </w:r>
      <w:r>
        <w:rPr>
          <w:sz w:val="18"/>
        </w:rPr>
        <w:t>This is a template, not legal advice. Laws differ by country and by state. Have a lawyer where you live read it before anyone signs.</w:t>
      </w:r>
    </w:p>
    <w:p>
      <w:pPr>
        <w:spacing w:before="0" w:after="160" w:line="312" w:lineRule="auto"/>
      </w:pPr>
      <w:r>
        <w:t xml:space="preserve">Dear </w:t>
      </w:r>
      <w:r>
        <w:rPr>
          <w:color w:val="4A3426"/>
          <w:shd w:val="clear" w:color="auto" w:fill="F5E6CF"/>
        </w:rPr>
        <w:t>[NAME]</w:t>
      </w:r>
      <w:r>
        <w:t>,</w:t>
      </w:r>
    </w:p>
    <w:p>
      <w:pPr>
        <w:spacing w:before="0" w:after="160" w:line="312" w:lineRule="auto"/>
      </w:pPr>
      <w:r>
        <w:rPr>
          <w:color w:val="4A3426"/>
          <w:shd w:val="clear" w:color="auto" w:fill="F5E6CF"/>
        </w:rPr>
        <w:t>[CLIENT NAME]</w:t>
      </w:r>
      <w:r>
        <w:t xml:space="preserve"> has asked me to write a book about </w:t>
      </w:r>
      <w:r>
        <w:rPr>
          <w:color w:val="4A3426"/>
          <w:shd w:val="clear" w:color="auto" w:fill="F5E6CF"/>
        </w:rPr>
        <w:t>[SUBJECT NAME]</w:t>
      </w:r>
      <w:r>
        <w:t>, and has suggested I speak with you. Thank you for agreeing to talk to me. This letter sets out how I will treat what you tell me, and asks one thing of you in return.</w:t>
      </w:r>
    </w:p>
    <w:p>
      <w:pPr>
        <w:spacing w:before="0" w:after="160" w:line="312" w:lineRule="auto"/>
      </w:pPr>
      <w:r>
        <w:t>Everything you tell me is confidential. I will use it only to write the book. I will not share it with anyone outside the small team working on the book without your agreement, and I will not use it for anything else, during the project or after it.</w:t>
      </w:r>
    </w:p>
    <w:p>
      <w:pPr>
        <w:spacing w:before="0" w:after="160" w:line="312" w:lineRule="auto"/>
      </w:pPr>
      <w:r>
        <w:t>If you tell me something is off the record, I will not quote you or attribute it to you.</w:t>
      </w:r>
    </w:p>
    <w:p>
      <w:pPr>
        <w:spacing w:before="0" w:after="160" w:line="312" w:lineRule="auto"/>
      </w:pPr>
      <w:r>
        <w:t>If I would like to quote you by name, I will ask you to sign a short interview consent form first, which explains how your words will be used.</w:t>
      </w:r>
    </w:p>
    <w:p>
      <w:pPr>
        <w:spacing w:before="0" w:after="160" w:line="312" w:lineRule="auto"/>
      </w:pPr>
      <w:r>
        <w:rPr>
          <w:color w:val="4A3426"/>
          <w:shd w:val="clear" w:color="auto" w:fill="F5E6CF"/>
        </w:rPr>
        <w:t>[CLIENT NAME]</w:t>
      </w:r>
      <w:r>
        <w:t xml:space="preserve"> would like the book kept private until it is published. ☐ Please do not mention the book, or our conversation, to anyone else. ☐ You may mention the book, but please keep the details we discuss to yourself.</w:t>
      </w:r>
    </w:p>
    <w:p>
      <w:pPr>
        <w:spacing w:before="0" w:after="160" w:line="312" w:lineRule="auto"/>
      </w:pPr>
      <w:r>
        <w:t xml:space="preserve">If we record our conversation, the recording will be stored securely and deleted </w:t>
      </w:r>
      <w:r>
        <w:rPr>
          <w:color w:val="4A3426"/>
          <w:shd w:val="clear" w:color="auto" w:fill="F5E6CF"/>
        </w:rPr>
        <w:t>[WITHIN 12 MONTHS OF PUBLICATION]</w:t>
      </w:r>
      <w:r>
        <w:t xml:space="preserve">. You can ask me at any time what I hold about you, and ask me to delete it before </w:t>
      </w:r>
      <w:r>
        <w:rPr>
          <w:color w:val="4A3426"/>
          <w:shd w:val="clear" w:color="auto" w:fill="F5E6CF"/>
        </w:rPr>
        <w:t>[DATE]</w:t>
      </w:r>
      <w:r>
        <w:t>.</w:t>
      </w:r>
    </w:p>
    <w:p>
      <w:pPr>
        <w:spacing w:before="0" w:after="160" w:line="312" w:lineRule="auto"/>
      </w:pPr>
      <w:r>
        <w:t xml:space="preserve">If you are happy with this, please sign below and send me a copy, or reply to my email saying you agree. If you have any questions, write to me at </w:t>
      </w:r>
      <w:r>
        <w:rPr>
          <w:color w:val="4A3426"/>
          <w:shd w:val="clear" w:color="auto" w:fill="F5E6CF"/>
        </w:rPr>
        <w:t>[WRITER EMAIL]</w:t>
      </w:r>
      <w:r>
        <w:t xml:space="preserve"> or call </w:t>
      </w:r>
      <w:r>
        <w:rPr>
          <w:color w:val="4A3426"/>
          <w:shd w:val="clear" w:color="auto" w:fill="F5E6CF"/>
        </w:rPr>
        <w:t>[PHONE]</w:t>
      </w:r>
      <w:r>
        <w:t>.</w:t>
      </w:r>
    </w:p>
    <w:p>
      <w:pPr>
        <w:spacing w:before="0" w:after="160" w:line="312" w:lineRule="auto"/>
      </w:pPr>
      <w:r>
        <w:t>With thanks,</w:t>
      </w:r>
    </w:p>
    <w:p>
      <w:pPr>
        <w:spacing w:before="0" w:after="160" w:line="312" w:lineRule="auto"/>
      </w:pPr>
      <w:r>
        <w:rPr>
          <w:color w:val="4A3426"/>
          <w:shd w:val="clear" w:color="auto" w:fill="F5E6CF"/>
        </w:rPr>
        <w:t>[WRITER NAME]</w:t>
      </w:r>
    </w:p>
    <w:p>
      <w:pPr>
        <w:pStyle w:val="Heading2"/>
        <w:keepNext/>
        <w:spacing w:before="480" w:after="200" w:line="312" w:lineRule="auto"/>
        <w:pBdr>
          <w:bottom w:val="single" w:sz="4" w:space="4" w:color="2A241E"/>
        </w:pBdr>
      </w:pPr>
      <w:r>
        <w:t>Signatures</w:t>
      </w:r>
    </w:p>
    <w:p>
      <w:pPr>
        <w:keepNext/>
        <w:spacing w:before="400" w:after="40" w:line="312" w:lineRule="auto"/>
      </w:pPr>
      <w:r>
        <w:rPr>
          <w:rFonts w:ascii="Georgia" w:hAnsi="Georgia" w:cs="Georgia" w:eastAsia="Georgia"/>
          <w:color w:val="2A241E"/>
          <w:sz w:val="22"/>
        </w:rPr>
        <w:t>I have read this letter and agree to it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742"/>
          </w:tcPr>
          <w:p>
            <w:pPr>
              <w:keepNext/>
              <w:spacing w:before="360" w:after="0" w:line="312" w:lineRule="auto"/>
              <w:pBdr>
                <w:bottom w:val="single" w:sz="6" w:space="1" w:color="2A241E"/>
              </w:pBdr>
            </w:pPr>
          </w:p>
        </w:tc>
        <w:tc>
          <w:tcPr>
            <w:tcW w:type="dxa" w:w="3742"/>
          </w:tcPr>
          <w:p>
            <w:pPr>
              <w:keepNext/>
              <w:spacing w:before="360" w:after="0" w:line="312" w:lineRule="auto"/>
              <w:pBdr>
                <w:bottom w:val="single" w:sz="6" w:space="1" w:color="2A241E"/>
              </w:pBdr>
            </w:pPr>
          </w:p>
        </w:tc>
        <w:tc>
          <w:tcPr>
            <w:tcW w:type="dxa" w:w="1928"/>
          </w:tcPr>
          <w:p>
            <w:pPr>
              <w:keepNext/>
              <w:spacing w:before="360" w:after="0" w:line="312" w:lineRule="auto"/>
              <w:pBdr>
                <w:bottom w:val="single" w:sz="6" w:space="1" w:color="2A241E"/>
              </w:pBdr>
            </w:pPr>
          </w:p>
        </w:tc>
      </w:tr>
      <w:tr>
        <w:tc>
          <w:tcPr>
            <w:tcW w:type="dxa" w:w="3742"/>
          </w:tcPr>
          <w:p>
            <w:pPr>
              <w:spacing w:before="40" w:after="0" w:line="312" w:lineRule="auto"/>
            </w:pPr>
            <w:r>
              <w:rPr>
                <w:rFonts w:ascii="Georgia" w:hAnsi="Georgia" w:cs="Georgia" w:eastAsia="Georgia"/>
                <w:color w:val="6F6358"/>
                <w:sz w:val="13"/>
              </w:rPr>
              <w:t>SIGNATURE</w:t>
            </w:r>
          </w:p>
        </w:tc>
        <w:tc>
          <w:tcPr>
            <w:tcW w:type="dxa" w:w="3742"/>
          </w:tcPr>
          <w:p>
            <w:pPr>
              <w:spacing w:before="40" w:after="0" w:line="312" w:lineRule="auto"/>
            </w:pPr>
            <w:r>
              <w:rPr>
                <w:rFonts w:ascii="Georgia" w:hAnsi="Georgia" w:cs="Georgia" w:eastAsia="Georgia"/>
                <w:color w:val="6F6358"/>
                <w:sz w:val="13"/>
              </w:rPr>
              <w:t>FULL NAME</w:t>
            </w:r>
          </w:p>
        </w:tc>
        <w:tc>
          <w:tcPr>
            <w:tcW w:type="dxa" w:w="1928"/>
          </w:tcPr>
          <w:p>
            <w:pPr>
              <w:spacing w:before="40" w:after="0" w:line="312" w:lineRule="auto"/>
            </w:pPr>
            <w:r>
              <w:rPr>
                <w:rFonts w:ascii="Georgia" w:hAnsi="Georgia" w:cs="Georgia" w:eastAsia="Georgia"/>
                <w:color w:val="6F6358"/>
                <w:sz w:val="13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77" w:val="clear"/>
        <w:tab w:pos="9360" w:val="clear"/>
        <w:tab w:pos="9411" w:val="right"/>
      </w:tabs>
    </w:pPr>
    <w:r>
      <w:rPr>
        <w:rFonts w:ascii="Georgia" w:hAnsi="Georgia" w:cs="Georgia" w:eastAsia="Georgia"/>
        <w:color w:val="6F6358"/>
        <w:sz w:val="15"/>
      </w:rPr>
      <w:t>Confidentiality Letter · Downloaded for free from sgwashere.com</w:t>
      <w:tab/>
    </w:r>
    <w:r>
      <w:rPr>
        <w:rFonts w:ascii="Georgia" w:hAnsi="Georgia" w:cs="Georgia" w:eastAsia="Georgia"/>
        <w:color w:val="6F6358"/>
        <w:sz w:val="15"/>
      </w:rPr>
      <w:fldChar w:fldCharType="begin"/>
      <w:instrText xml:space="preserve">PAGE</w:instrText>
      <w:fldChar w:fldCharType="end"/>
    </w:r>
    <w:r>
      <w:rPr>
        <w:rFonts w:ascii="Georgia" w:hAnsi="Georgia" w:cs="Georgia" w:eastAsia="Georgia"/>
        <w:color w:val="6F6358"/>
        <w:sz w:val="15"/>
      </w:rPr>
      <w:t xml:space="preserve"> of </w:t>
    </w:r>
    <w:r>
      <w:rPr>
        <w:rFonts w:ascii="Georgia" w:hAnsi="Georgia" w:cs="Georgia" w:eastAsia="Georgia"/>
        <w:color w:val="6F6358"/>
        <w:sz w:val="15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12" w:lineRule="auto"/>
    </w:pPr>
    <w:rPr>
      <w:rFonts w:ascii="Georgia" w:hAnsi="Georgia" w:cs="Georgia" w:eastAsia="Georgia"/>
      <w:color w:val="2A24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Georgia" w:hAnsi="Georgia" w:cs="Georgia" w:eastAsia="Georgia"/>
      <w:b w:val="0"/>
      <w:bCs/>
      <w:i w:val="0"/>
      <w:color w:val="2A241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Georgia" w:hAnsi="Georgia" w:cs="Georgia" w:eastAsia="Georgia"/>
      <w:b w:val="0"/>
      <w:bCs/>
      <w:i w:val="0"/>
      <w:color w:val="2A241E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Georgia" w:hAnsi="Georgia" w:cs="Georgia" w:eastAsia="Georgia"/>
      <w:b w:val="0"/>
      <w:i w:val="0"/>
      <w:color w:val="2A241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Letter</dc:title>
  <dc:subject/>
  <dc:creator>sgwashere.com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