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120" w:after="80" w:line="312" w:lineRule="auto"/>
      </w:pPr>
      <w:r>
        <w:rPr>
          <w:rFonts w:ascii="Georgia" w:hAnsi="Georgia" w:cs="Georgia" w:eastAsia="Georgia"/>
          <w:b/>
          <w:color w:val="B0542E"/>
          <w:sz w:val="15"/>
        </w:rPr>
        <w:t>COPYRIGHT ASSIGNMENT DEED</w:t>
      </w:r>
    </w:p>
    <w:p>
      <w:pPr>
        <w:pStyle w:val="Title"/>
        <w:spacing w:before="0" w:after="80" w:line="252" w:lineRule="auto"/>
      </w:pPr>
      <w:r>
        <w:t>Deed of Assignment of Copyright</w:t>
      </w:r>
    </w:p>
    <w:p>
      <w:pPr>
        <w:spacing w:before="0" w:after="240" w:line="312" w:lineRule="auto"/>
      </w:pPr>
      <w:r>
        <w:rPr>
          <w:rFonts w:ascii="Georgia" w:hAnsi="Georgia" w:cs="Georgia" w:eastAsia="Georgia"/>
          <w:i/>
          <w:color w:val="6F6358"/>
          <w:sz w:val="18"/>
        </w:rPr>
        <w:t>From sgwashere.com/legal-templates/copyright-assignment-deed/ · updated 23 October 2026</w:t>
      </w:r>
    </w:p>
    <w:p>
      <w:pPr>
        <w:spacing w:before="0" w:after="80" w:line="300" w:lineRule="auto"/>
      </w:pPr>
      <w:r>
        <w:rPr>
          <w:rFonts w:ascii="Georgia" w:hAnsi="Georgia" w:cs="Georgia" w:eastAsia="Georgia"/>
          <w:b/>
          <w:color w:val="6F6358"/>
          <w:sz w:val="14"/>
        </w:rPr>
        <w:t xml:space="preserve">HOW TO USE IT   </w:t>
      </w:r>
      <w:r>
        <w:rPr>
          <w:sz w:val="18"/>
        </w:rPr>
        <w:t xml:space="preserve">Fill in every </w:t>
      </w:r>
      <w:r>
        <w:rPr>
          <w:color w:val="4A3426"/>
          <w:sz w:val="18"/>
          <w:shd w:val="clear" w:color="auto" w:fill="F5E6CF"/>
        </w:rPr>
        <w:t>[BLANK]</w:t>
      </w:r>
      <w:r>
        <w:rPr>
          <w:sz w:val="18"/>
        </w:rPr>
        <w:t>. Where you see ☐ options, keep the ones you want and strike the rest.</w:t>
      </w:r>
    </w:p>
    <w:p>
      <w:pPr>
        <w:spacing w:before="0" w:after="320" w:line="300" w:lineRule="auto"/>
        <w:pBdr>
          <w:bottom w:val="single" w:sz="4" w:space="8" w:color="D9CBB8"/>
        </w:pBdr>
      </w:pPr>
      <w:r>
        <w:rPr>
          <w:rFonts w:ascii="Georgia" w:hAnsi="Georgia" w:cs="Georgia" w:eastAsia="Georgia"/>
          <w:b/>
          <w:color w:val="6F6358"/>
          <w:sz w:val="14"/>
        </w:rPr>
        <w:t xml:space="preserve">BEFORE YOU SIGN   </w:t>
      </w:r>
      <w:r>
        <w:rPr>
          <w:sz w:val="18"/>
        </w:rPr>
        <w:t>This is a template, not a lawyer-drafted legal document and not legal advice. It replaces the verbal agreement most of this work runs on, so both sides have the terms in writing. Laws differ by country and by state. Have a lawyer where you live read it before anyone signs.</w:t>
      </w:r>
    </w:p>
    <w:p>
      <w:pPr>
        <w:pStyle w:val="Heading2"/>
        <w:keepNext/>
        <w:tabs>
          <w:tab w:pos="624" w:val="left"/>
        </w:tabs>
        <w:spacing w:before="280" w:after="80" w:line="312" w:lineRule="auto"/>
        <w:ind w:left="624" w:hanging="624"/>
      </w:pPr>
      <w:r>
        <w:rPr>
          <w:rFonts w:ascii="Georgia" w:hAnsi="Georgia" w:cs="Georgia" w:eastAsia="Georgia"/>
          <w:color w:val="B0542E"/>
          <w:sz w:val="28"/>
        </w:rPr>
        <w:t>1</w:t>
        <w:tab/>
      </w:r>
      <w:r>
        <w:rPr>
          <w:rFonts w:ascii="Georgia" w:hAnsi="Georgia" w:cs="Georgia" w:eastAsia="Georgia"/>
          <w:color w:val="2A241E"/>
          <w:sz w:val="25"/>
        </w:rPr>
        <w:t>The parties</w:t>
      </w:r>
    </w:p>
    <w:p>
      <w:pPr>
        <w:tabs>
          <w:tab w:pos="624" w:val="left"/>
        </w:tabs>
        <w:spacing w:before="0" w:after="120" w:line="312" w:lineRule="auto"/>
        <w:ind w:left="624" w:hanging="624"/>
      </w:pPr>
      <w:r>
        <w:rPr>
          <w:rFonts w:ascii="Georgia" w:hAnsi="Georgia" w:cs="Georgia" w:eastAsia="Georgia"/>
          <w:color w:val="6F6358"/>
          <w:sz w:val="16"/>
        </w:rPr>
        <w:t>1.1</w:t>
        <w:tab/>
      </w:r>
      <w:r>
        <w:t xml:space="preserve">This deed is made on </w:t>
      </w:r>
      <w:r>
        <w:rPr>
          <w:color w:val="4A3426"/>
          <w:shd w:val="clear" w:color="auto" w:fill="F5E6CF"/>
        </w:rPr>
        <w:t>[DATE]</w:t>
      </w:r>
      <w:r>
        <w:t xml:space="preserve"> between </w:t>
      </w:r>
      <w:r>
        <w:rPr>
          <w:color w:val="4A3426"/>
          <w:shd w:val="clear" w:color="auto" w:fill="F5E6CF"/>
        </w:rPr>
        <w:t>[WRITER FULL NAME]</w:t>
      </w:r>
      <w:r>
        <w:t xml:space="preserve">, of </w:t>
      </w:r>
      <w:r>
        <w:rPr>
          <w:color w:val="4A3426"/>
          <w:shd w:val="clear" w:color="auto" w:fill="F5E6CF"/>
        </w:rPr>
        <w:t>[ADDRESS]</w:t>
      </w:r>
      <w:r>
        <w:t xml:space="preserve"> (the "Assignor"), and </w:t>
      </w:r>
      <w:r>
        <w:rPr>
          <w:color w:val="4A3426"/>
          <w:shd w:val="clear" w:color="auto" w:fill="F5E6CF"/>
        </w:rPr>
        <w:t>[CLIENT FULL NAME]</w:t>
      </w:r>
      <w:r>
        <w:t xml:space="preserve">, of </w:t>
      </w:r>
      <w:r>
        <w:rPr>
          <w:color w:val="4A3426"/>
          <w:shd w:val="clear" w:color="auto" w:fill="F5E6CF"/>
        </w:rPr>
        <w:t>[ADDRESS]</w:t>
      </w:r>
      <w:r>
        <w:t xml:space="preserve"> (the "Assignee").</w:t>
      </w:r>
    </w:p>
    <w:p>
      <w:pPr>
        <w:pStyle w:val="Heading2"/>
        <w:keepNext/>
        <w:tabs>
          <w:tab w:pos="624" w:val="left"/>
        </w:tabs>
        <w:spacing w:before="280" w:after="80" w:line="312" w:lineRule="auto"/>
        <w:ind w:left="624" w:hanging="624"/>
      </w:pPr>
      <w:r>
        <w:rPr>
          <w:rFonts w:ascii="Georgia" w:hAnsi="Georgia" w:cs="Georgia" w:eastAsia="Georgia"/>
          <w:color w:val="B0542E"/>
          <w:sz w:val="28"/>
        </w:rPr>
        <w:t>2</w:t>
        <w:tab/>
      </w:r>
      <w:r>
        <w:rPr>
          <w:rFonts w:ascii="Georgia" w:hAnsi="Georgia" w:cs="Georgia" w:eastAsia="Georgia"/>
          <w:color w:val="2A241E"/>
          <w:sz w:val="25"/>
        </w:rPr>
        <w:t>Background</w:t>
      </w:r>
    </w:p>
    <w:p>
      <w:pPr>
        <w:tabs>
          <w:tab w:pos="624" w:val="left"/>
        </w:tabs>
        <w:spacing w:before="0" w:after="120" w:line="312" w:lineRule="auto"/>
        <w:ind w:left="624" w:hanging="624"/>
      </w:pPr>
      <w:r>
        <w:rPr>
          <w:rFonts w:ascii="Georgia" w:hAnsi="Georgia" w:cs="Georgia" w:eastAsia="Georgia"/>
          <w:color w:val="6F6358"/>
          <w:sz w:val="16"/>
        </w:rPr>
        <w:t>2.1</w:t>
        <w:tab/>
      </w:r>
      <w:r>
        <w:t xml:space="preserve">Under an agreement dated </w:t>
      </w:r>
      <w:r>
        <w:rPr>
          <w:color w:val="4A3426"/>
          <w:shd w:val="clear" w:color="auto" w:fill="F5E6CF"/>
        </w:rPr>
        <w:t>[DATE OF WRITING AGREEMENT]</w:t>
      </w:r>
      <w:r>
        <w:t>, the Assignor wrote the work described in Schedule 1 (the "Work") for the Assignee. The Assignor is the author and first owner of the copyright in the Work.</w:t>
      </w:r>
    </w:p>
    <w:p>
      <w:pPr>
        <w:pStyle w:val="Heading2"/>
        <w:keepNext/>
        <w:tabs>
          <w:tab w:pos="624" w:val="left"/>
        </w:tabs>
        <w:spacing w:before="280" w:after="80" w:line="312" w:lineRule="auto"/>
        <w:ind w:left="624" w:hanging="624"/>
      </w:pPr>
      <w:r>
        <w:rPr>
          <w:rFonts w:ascii="Georgia" w:hAnsi="Georgia" w:cs="Georgia" w:eastAsia="Georgia"/>
          <w:color w:val="B0542E"/>
          <w:sz w:val="28"/>
        </w:rPr>
        <w:t>3</w:t>
        <w:tab/>
      </w:r>
      <w:r>
        <w:rPr>
          <w:rFonts w:ascii="Georgia" w:hAnsi="Georgia" w:cs="Georgia" w:eastAsia="Georgia"/>
          <w:color w:val="2A241E"/>
          <w:sz w:val="25"/>
        </w:rPr>
        <w:t>Assignment</w:t>
      </w:r>
    </w:p>
    <w:p>
      <w:pPr>
        <w:tabs>
          <w:tab w:pos="624" w:val="left"/>
        </w:tabs>
        <w:spacing w:before="0" w:after="120" w:line="312" w:lineRule="auto"/>
        <w:ind w:left="624" w:hanging="624"/>
      </w:pPr>
      <w:r>
        <w:rPr>
          <w:rFonts w:ascii="Georgia" w:hAnsi="Georgia" w:cs="Georgia" w:eastAsia="Georgia"/>
          <w:color w:val="6F6358"/>
          <w:sz w:val="16"/>
        </w:rPr>
        <w:t>3.1</w:t>
        <w:tab/>
      </w:r>
      <w:r>
        <w:t>In return for the fee paid under that agreement, which the Assignor confirms has been received in full, the Assignor assigns to the Assignee all copyright and all other rights in the Work, including all drafts, outlines, notes, recordings and transcripts made for it.</w:t>
      </w:r>
    </w:p>
    <w:p>
      <w:pPr>
        <w:pStyle w:val="Heading2"/>
        <w:keepNext/>
        <w:tabs>
          <w:tab w:pos="624" w:val="left"/>
        </w:tabs>
        <w:spacing w:before="280" w:after="80" w:line="312" w:lineRule="auto"/>
        <w:ind w:left="624" w:hanging="624"/>
      </w:pPr>
      <w:r>
        <w:rPr>
          <w:rFonts w:ascii="Georgia" w:hAnsi="Georgia" w:cs="Georgia" w:eastAsia="Georgia"/>
          <w:color w:val="B0542E"/>
          <w:sz w:val="28"/>
        </w:rPr>
        <w:t>4</w:t>
        <w:tab/>
      </w:r>
      <w:r>
        <w:rPr>
          <w:rFonts w:ascii="Georgia" w:hAnsi="Georgia" w:cs="Georgia" w:eastAsia="Georgia"/>
          <w:color w:val="2A241E"/>
          <w:sz w:val="25"/>
        </w:rPr>
        <w:t>Rights, territory and term</w:t>
      </w:r>
    </w:p>
    <w:p>
      <w:pPr>
        <w:tabs>
          <w:tab w:pos="624" w:val="left"/>
        </w:tabs>
        <w:spacing w:before="0" w:after="120" w:line="312" w:lineRule="auto"/>
        <w:ind w:left="624" w:hanging="624"/>
      </w:pPr>
      <w:r>
        <w:rPr>
          <w:rFonts w:ascii="Georgia" w:hAnsi="Georgia" w:cs="Georgia" w:eastAsia="Georgia"/>
          <w:color w:val="6F6358"/>
          <w:sz w:val="16"/>
        </w:rPr>
        <w:t>4.1</w:t>
        <w:tab/>
      </w:r>
      <w:r>
        <w:t>The rights assigned include the right to reproduce, publish, distribute, adapt, translate, abridge, serialise, perform, broadcast and communicate the Work to the public, and to make films, television programmes, audiobooks, ebooks and stage versions of it, in every medium and format now known or developed later.</w:t>
      </w:r>
    </w:p>
    <w:p>
      <w:pPr>
        <w:tabs>
          <w:tab w:pos="624" w:val="left"/>
        </w:tabs>
        <w:spacing w:before="0" w:after="120" w:line="312" w:lineRule="auto"/>
        <w:ind w:left="624" w:hanging="624"/>
      </w:pPr>
      <w:r>
        <w:rPr>
          <w:rFonts w:ascii="Georgia" w:hAnsi="Georgia" w:cs="Georgia" w:eastAsia="Georgia"/>
          <w:color w:val="6F6358"/>
          <w:sz w:val="16"/>
        </w:rPr>
        <w:t>4.2</w:t>
        <w:tab/>
      </w:r>
      <w:r>
        <w:t>The assignment is for the whole world and for the full term of copyright, including any renewal or extension.</w:t>
      </w:r>
    </w:p>
    <w:p>
      <w:pPr>
        <w:pStyle w:val="Heading2"/>
        <w:keepNext/>
        <w:tabs>
          <w:tab w:pos="624" w:val="left"/>
        </w:tabs>
        <w:spacing w:before="280" w:after="80" w:line="312" w:lineRule="auto"/>
        <w:ind w:left="624" w:hanging="624"/>
      </w:pPr>
      <w:r>
        <w:rPr>
          <w:rFonts w:ascii="Georgia" w:hAnsi="Georgia" w:cs="Georgia" w:eastAsia="Georgia"/>
          <w:color w:val="B0542E"/>
          <w:sz w:val="28"/>
        </w:rPr>
        <w:t>5</w:t>
        <w:tab/>
      </w:r>
      <w:r>
        <w:rPr>
          <w:rFonts w:ascii="Georgia" w:hAnsi="Georgia" w:cs="Georgia" w:eastAsia="Georgia"/>
          <w:color w:val="2A241E"/>
          <w:sz w:val="25"/>
        </w:rPr>
        <w:t>Royalty</w:t>
      </w:r>
    </w:p>
    <w:p>
      <w:pPr>
        <w:tabs>
          <w:tab w:pos="624" w:val="left"/>
        </w:tabs>
        <w:spacing w:before="0" w:after="120" w:line="312" w:lineRule="auto"/>
        <w:ind w:left="624" w:hanging="624"/>
      </w:pPr>
      <w:r>
        <w:rPr>
          <w:rFonts w:ascii="Georgia" w:hAnsi="Georgia" w:cs="Georgia" w:eastAsia="Georgia"/>
          <w:color w:val="6F6358"/>
          <w:sz w:val="16"/>
        </w:rPr>
        <w:t>5.1</w:t>
        <w:tab/>
      </w:r>
      <w:r>
        <w:t>No royalty or further payment is due to the Assignor for the assignment or for any use of the Work.</w:t>
      </w:r>
    </w:p>
    <w:p>
      <w:pPr>
        <w:pStyle w:val="Heading2"/>
        <w:keepNext/>
        <w:tabs>
          <w:tab w:pos="624" w:val="left"/>
        </w:tabs>
        <w:spacing w:before="280" w:after="80" w:line="312" w:lineRule="auto"/>
        <w:ind w:left="624" w:hanging="624"/>
      </w:pPr>
      <w:r>
        <w:rPr>
          <w:rFonts w:ascii="Georgia" w:hAnsi="Georgia" w:cs="Georgia" w:eastAsia="Georgia"/>
          <w:color w:val="B0542E"/>
          <w:sz w:val="28"/>
        </w:rPr>
        <w:t>6</w:t>
        <w:tab/>
      </w:r>
      <w:r>
        <w:rPr>
          <w:rFonts w:ascii="Georgia" w:hAnsi="Georgia" w:cs="Georgia" w:eastAsia="Georgia"/>
          <w:color w:val="2A241E"/>
          <w:sz w:val="25"/>
        </w:rPr>
        <w:t>No lapse</w:t>
      </w:r>
    </w:p>
    <w:p>
      <w:pPr>
        <w:tabs>
          <w:tab w:pos="624" w:val="left"/>
        </w:tabs>
        <w:spacing w:before="0" w:after="120" w:line="312" w:lineRule="auto"/>
        <w:ind w:left="624" w:hanging="624"/>
      </w:pPr>
      <w:r>
        <w:rPr>
          <w:rFonts w:ascii="Georgia" w:hAnsi="Georgia" w:cs="Georgia" w:eastAsia="Georgia"/>
          <w:color w:val="6F6358"/>
          <w:sz w:val="16"/>
        </w:rPr>
        <w:t>6.1</w:t>
        <w:tab/>
      </w:r>
      <w:r>
        <w:t>This assignment does not lapse if the Assignee does not exercise any right within one year, or at all.</w:t>
      </w:r>
    </w:p>
    <w:p>
      <w:pPr>
        <w:pStyle w:val="Heading2"/>
        <w:keepNext/>
        <w:tabs>
          <w:tab w:pos="624" w:val="left"/>
        </w:tabs>
        <w:spacing w:before="280" w:after="80" w:line="312" w:lineRule="auto"/>
        <w:ind w:left="624" w:hanging="624"/>
      </w:pPr>
      <w:r>
        <w:rPr>
          <w:rFonts w:ascii="Georgia" w:hAnsi="Georgia" w:cs="Georgia" w:eastAsia="Georgia"/>
          <w:color w:val="B0542E"/>
          <w:sz w:val="28"/>
        </w:rPr>
        <w:t>7</w:t>
        <w:tab/>
      </w:r>
      <w:r>
        <w:rPr>
          <w:rFonts w:ascii="Georgia" w:hAnsi="Georgia" w:cs="Georgia" w:eastAsia="Georgia"/>
          <w:color w:val="2A241E"/>
          <w:sz w:val="25"/>
        </w:rPr>
        <w:t>Moral rights and credit</w:t>
      </w:r>
    </w:p>
    <w:p>
      <w:pPr>
        <w:tabs>
          <w:tab w:pos="624" w:val="left"/>
        </w:tabs>
        <w:spacing w:before="0" w:after="120" w:line="312" w:lineRule="auto"/>
        <w:ind w:left="624" w:hanging="624"/>
      </w:pPr>
      <w:r>
        <w:rPr>
          <w:rFonts w:ascii="Georgia" w:hAnsi="Georgia" w:cs="Georgia" w:eastAsia="Georgia"/>
          <w:color w:val="6F6358"/>
          <w:sz w:val="16"/>
        </w:rPr>
        <w:t>7.1</w:t>
        <w:tab/>
      </w:r>
      <w:r>
        <w:t>To the extent the law allows, the Assignor waives, or agrees not to assert, any right to be identified as author of the Work, beyond the credit agreed in writing, and consents to the Assignee editing and adapting the Work.</w:t>
      </w:r>
    </w:p>
    <w:p>
      <w:pPr>
        <w:pStyle w:val="Heading2"/>
        <w:keepNext/>
        <w:tabs>
          <w:tab w:pos="624" w:val="left"/>
        </w:tabs>
        <w:spacing w:before="280" w:after="80" w:line="312" w:lineRule="auto"/>
        <w:ind w:left="624" w:hanging="624"/>
      </w:pPr>
      <w:r>
        <w:rPr>
          <w:rFonts w:ascii="Georgia" w:hAnsi="Georgia" w:cs="Georgia" w:eastAsia="Georgia"/>
          <w:color w:val="B0542E"/>
          <w:sz w:val="28"/>
        </w:rPr>
        <w:t>8</w:t>
        <w:tab/>
      </w:r>
      <w:r>
        <w:rPr>
          <w:rFonts w:ascii="Georgia" w:hAnsi="Georgia" w:cs="Georgia" w:eastAsia="Georgia"/>
          <w:color w:val="2A241E"/>
          <w:sz w:val="25"/>
        </w:rPr>
        <w:t>Promises by the Assignor</w:t>
      </w:r>
    </w:p>
    <w:p>
      <w:pPr>
        <w:tabs>
          <w:tab w:pos="624" w:val="left"/>
        </w:tabs>
        <w:spacing w:before="0" w:after="120" w:line="312" w:lineRule="auto"/>
        <w:ind w:left="624" w:hanging="624"/>
      </w:pPr>
      <w:r>
        <w:rPr>
          <w:rFonts w:ascii="Georgia" w:hAnsi="Georgia" w:cs="Georgia" w:eastAsia="Georgia"/>
          <w:color w:val="6F6358"/>
          <w:sz w:val="16"/>
        </w:rPr>
        <w:t>8.1</w:t>
        <w:tab/>
      </w:r>
      <w:r>
        <w:t>The Assignor confirms that the Work is original to the Assignor except for material supplied by the Assignee or quoted with permission, that the Assignor has not assigned or licensed any right in it to anyone else, and that the Assignor will sign any further document the Assignee reasonably needs to record or enforce this assignment.</w:t>
      </w:r>
    </w:p>
    <w:p>
      <w:pPr>
        <w:pStyle w:val="Heading2"/>
        <w:keepNext/>
        <w:tabs>
          <w:tab w:pos="624" w:val="left"/>
        </w:tabs>
        <w:spacing w:before="280" w:after="80" w:line="312" w:lineRule="auto"/>
        <w:ind w:left="624" w:hanging="624"/>
      </w:pPr>
      <w:r>
        <w:rPr>
          <w:rFonts w:ascii="Georgia" w:hAnsi="Georgia" w:cs="Georgia" w:eastAsia="Georgia"/>
          <w:color w:val="B0542E"/>
          <w:sz w:val="28"/>
        </w:rPr>
        <w:t>9</w:t>
        <w:tab/>
      </w:r>
      <w:r>
        <w:rPr>
          <w:rFonts w:ascii="Georgia" w:hAnsi="Georgia" w:cs="Georgia" w:eastAsia="Georgia"/>
          <w:color w:val="2A241E"/>
          <w:sz w:val="25"/>
        </w:rPr>
        <w:t>Law</w:t>
      </w:r>
    </w:p>
    <w:p>
      <w:pPr>
        <w:tabs>
          <w:tab w:pos="624" w:val="left"/>
        </w:tabs>
        <w:spacing w:before="0" w:after="120" w:line="312" w:lineRule="auto"/>
        <w:ind w:left="624" w:hanging="624"/>
      </w:pPr>
      <w:r>
        <w:rPr>
          <w:rFonts w:ascii="Georgia" w:hAnsi="Georgia" w:cs="Georgia" w:eastAsia="Georgia"/>
          <w:color w:val="6F6358"/>
          <w:sz w:val="16"/>
        </w:rPr>
        <w:t>9.1</w:t>
        <w:tab/>
      </w:r>
      <w:r>
        <w:t xml:space="preserve">This deed is governed by the laws of </w:t>
      </w:r>
      <w:r>
        <w:rPr>
          <w:color w:val="4A3426"/>
          <w:shd w:val="clear" w:color="auto" w:fill="F5E6CF"/>
        </w:rPr>
        <w:t>[COUNTRY, AND STATE OR EMIRATE IF ANY]</w:t>
      </w:r>
      <w:r>
        <w:t>.</w:t>
      </w:r>
    </w:p>
    <w:p>
      <w:pPr>
        <w:pStyle w:val="Heading2"/>
        <w:keepNext/>
        <w:spacing w:before="400" w:after="40" w:line="312" w:lineRule="auto"/>
        <w:pBdr>
          <w:bottom w:val="single" w:sz="4" w:space="4" w:color="2A241E"/>
        </w:pBdr>
      </w:pPr>
      <w:r>
        <w:t>Schedule 1: the Work</w:t>
      </w:r>
    </w:p>
    <w:tbl>
      <w:tblPr>
        <w:tblW w:type="auto" w:w="0"/>
        <w:tblLook w:firstColumn="1" w:firstRow="1" w:lastColumn="0" w:lastRow="0" w:noHBand="0" w:noVBand="1" w:val="04A0"/>
      </w:tblPr>
      <w:tblGrid>
        <w:gridCol w:w="4706"/>
        <w:gridCol w:w="4706"/>
      </w:tblGrid>
      <w:tr>
        <w:tc>
          <w:tcPr>
            <w:tcW w:type="dxa" w:w="3118"/>
          </w:tcPr>
          <w:p>
            <w:pPr>
              <w:spacing w:before="100" w:after="100" w:line="312" w:lineRule="auto"/>
              <w:pBdr>
                <w:bottom w:val="single" w:sz="4" w:space="5" w:color="E7DDD0"/>
              </w:pBdr>
            </w:pPr>
            <w:r>
              <w:rPr>
                <w:rFonts w:ascii="Georgia" w:hAnsi="Georgia" w:cs="Georgia" w:eastAsia="Georgia"/>
                <w:color w:val="6F6358"/>
              </w:rPr>
              <w:t>Title</w:t>
            </w:r>
          </w:p>
        </w:tc>
        <w:tc>
          <w:tcPr>
            <w:tcW w:type="dxa" w:w="6293"/>
          </w:tcPr>
          <w:p>
            <w:pPr>
              <w:spacing w:before="100" w:after="100" w:line="312" w:lineRule="auto"/>
              <w:pBdr>
                <w:bottom w:val="single" w:sz="4" w:space="5" w:color="E7DDD0"/>
              </w:pBdr>
            </w:pPr>
            <w:r>
              <w:rPr>
                <w:color w:val="4A3426"/>
                <w:shd w:val="clear" w:color="auto" w:fill="F5E6CF"/>
              </w:rPr>
              <w:t>[TITLE]</w:t>
            </w:r>
          </w:p>
        </w:tc>
      </w:tr>
      <w:tr>
        <w:tc>
          <w:tcPr>
            <w:tcW w:type="dxa" w:w="3118"/>
          </w:tcPr>
          <w:p>
            <w:pPr>
              <w:spacing w:before="100" w:after="100" w:line="312" w:lineRule="auto"/>
              <w:pBdr>
                <w:bottom w:val="single" w:sz="4" w:space="5" w:color="E7DDD0"/>
              </w:pBdr>
            </w:pPr>
            <w:r>
              <w:rPr>
                <w:rFonts w:ascii="Georgia" w:hAnsi="Georgia" w:cs="Georgia" w:eastAsia="Georgia"/>
                <w:color w:val="6F6358"/>
              </w:rPr>
              <w:t>Description</w:t>
            </w:r>
          </w:p>
        </w:tc>
        <w:tc>
          <w:tcPr>
            <w:tcW w:type="dxa" w:w="6293"/>
          </w:tcPr>
          <w:p>
            <w:pPr>
              <w:spacing w:before="100" w:after="100" w:line="312" w:lineRule="auto"/>
              <w:pBdr>
                <w:bottom w:val="single" w:sz="4" w:space="5" w:color="E7DDD0"/>
              </w:pBdr>
            </w:pPr>
            <w:r>
              <w:rPr>
                <w:color w:val="4A3426"/>
                <w:shd w:val="clear" w:color="auto" w:fill="F5E6CF"/>
              </w:rPr>
              <w:t>[FOR EXAMPLE, A BIOGRAPHY OF NAME, ABOUT 75,000 WORDS]</w:t>
            </w:r>
          </w:p>
        </w:tc>
      </w:tr>
      <w:tr>
        <w:tc>
          <w:tcPr>
            <w:tcW w:type="dxa" w:w="3118"/>
          </w:tcPr>
          <w:p>
            <w:pPr>
              <w:spacing w:before="100" w:after="100" w:line="312" w:lineRule="auto"/>
              <w:pBdr>
                <w:bottom w:val="single" w:sz="4" w:space="5" w:color="E7DDD0"/>
              </w:pBdr>
            </w:pPr>
            <w:r>
              <w:rPr>
                <w:rFonts w:ascii="Georgia" w:hAnsi="Georgia" w:cs="Georgia" w:eastAsia="Georgia"/>
                <w:color w:val="6F6358"/>
              </w:rPr>
              <w:t>Final manuscript delivered on</w:t>
            </w:r>
          </w:p>
        </w:tc>
        <w:tc>
          <w:tcPr>
            <w:tcW w:type="dxa" w:w="6293"/>
          </w:tcPr>
          <w:p>
            <w:pPr>
              <w:spacing w:before="100" w:after="100" w:line="312" w:lineRule="auto"/>
              <w:pBdr>
                <w:bottom w:val="single" w:sz="4" w:space="5" w:color="E7DDD0"/>
              </w:pBdr>
            </w:pPr>
            <w:r>
              <w:rPr>
                <w:color w:val="4A3426"/>
                <w:shd w:val="clear" w:color="auto" w:fill="F5E6CF"/>
              </w:rPr>
              <w:t>[DATE]</w:t>
            </w:r>
          </w:p>
        </w:tc>
      </w:tr>
    </w:tbl>
    <w:p>
      <w:pPr>
        <w:pStyle w:val="Heading2"/>
        <w:keepNext/>
        <w:spacing w:before="480" w:after="200" w:line="312" w:lineRule="auto"/>
        <w:pBdr>
          <w:bottom w:val="single" w:sz="4" w:space="4" w:color="2A241E"/>
        </w:pBdr>
      </w:pPr>
      <w:r>
        <w:t>Signatures</w:t>
      </w:r>
    </w:p>
    <w:p>
      <w:pPr>
        <w:keepNext/>
        <w:spacing w:before="400" w:after="40" w:line="312" w:lineRule="auto"/>
      </w:pPr>
      <w:r>
        <w:rPr>
          <w:rFonts w:ascii="Georgia" w:hAnsi="Georgia" w:cs="Georgia" w:eastAsia="Georgia"/>
          <w:color w:val="2A241E"/>
          <w:sz w:val="22"/>
        </w:rPr>
        <w:t>Assignor (writer)</w:t>
      </w:r>
    </w:p>
    <w:tbl>
      <w:tblPr>
        <w:tblW w:type="auto" w:w="0"/>
        <w:tblLook w:firstColumn="1" w:firstRow="1" w:lastColumn="0" w:lastRow="0" w:noHBand="0" w:noVBand="1" w:val="04A0"/>
      </w:tblPr>
      <w:tblGrid>
        <w:gridCol w:w="3137"/>
        <w:gridCol w:w="3137"/>
        <w:gridCol w:w="3137"/>
      </w:tblGrid>
      <w:tr>
        <w:tc>
          <w:tcPr>
            <w:tcW w:type="dxa" w:w="3742"/>
          </w:tcPr>
          <w:p>
            <w:pPr>
              <w:keepNext/>
              <w:spacing w:before="360" w:after="0" w:line="312" w:lineRule="auto"/>
              <w:pBdr>
                <w:bottom w:val="single" w:sz="6" w:space="1" w:color="2A241E"/>
              </w:pBdr>
            </w:pPr>
          </w:p>
        </w:tc>
        <w:tc>
          <w:tcPr>
            <w:tcW w:type="dxa" w:w="3742"/>
          </w:tcPr>
          <w:p>
            <w:pPr>
              <w:keepNext/>
              <w:spacing w:before="360" w:after="0" w:line="312" w:lineRule="auto"/>
              <w:pBdr>
                <w:bottom w:val="single" w:sz="6" w:space="1" w:color="2A241E"/>
              </w:pBdr>
            </w:pPr>
          </w:p>
        </w:tc>
        <w:tc>
          <w:tcPr>
            <w:tcW w:type="dxa" w:w="1928"/>
          </w:tcPr>
          <w:p>
            <w:pPr>
              <w:keepNext/>
              <w:spacing w:before="360" w:after="0" w:line="312" w:lineRule="auto"/>
              <w:pBdr>
                <w:bottom w:val="single" w:sz="6" w:space="1" w:color="2A241E"/>
              </w:pBdr>
            </w:pPr>
          </w:p>
        </w:tc>
      </w:tr>
      <w:tr>
        <w:tc>
          <w:tcPr>
            <w:tcW w:type="dxa" w:w="3742"/>
          </w:tcPr>
          <w:p>
            <w:pPr>
              <w:spacing w:before="40" w:after="0" w:line="312" w:lineRule="auto"/>
            </w:pPr>
            <w:r>
              <w:rPr>
                <w:rFonts w:ascii="Georgia" w:hAnsi="Georgia" w:cs="Georgia" w:eastAsia="Georgia"/>
                <w:color w:val="6F6358"/>
                <w:sz w:val="13"/>
              </w:rPr>
              <w:t>SIGNATURE</w:t>
            </w:r>
          </w:p>
        </w:tc>
        <w:tc>
          <w:tcPr>
            <w:tcW w:type="dxa" w:w="3742"/>
          </w:tcPr>
          <w:p>
            <w:pPr>
              <w:spacing w:before="40" w:after="0" w:line="312" w:lineRule="auto"/>
            </w:pPr>
            <w:r>
              <w:rPr>
                <w:rFonts w:ascii="Georgia" w:hAnsi="Georgia" w:cs="Georgia" w:eastAsia="Georgia"/>
                <w:color w:val="6F6358"/>
                <w:sz w:val="13"/>
              </w:rPr>
              <w:t>FULL NAME</w:t>
            </w:r>
          </w:p>
        </w:tc>
        <w:tc>
          <w:tcPr>
            <w:tcW w:type="dxa" w:w="1928"/>
          </w:tcPr>
          <w:p>
            <w:pPr>
              <w:spacing w:before="40" w:after="0" w:line="312" w:lineRule="auto"/>
            </w:pPr>
            <w:r>
              <w:rPr>
                <w:rFonts w:ascii="Georgia" w:hAnsi="Georgia" w:cs="Georgia" w:eastAsia="Georgia"/>
                <w:color w:val="6F6358"/>
                <w:sz w:val="13"/>
              </w:rPr>
              <w:t>DATE</w:t>
            </w:r>
          </w:p>
        </w:tc>
      </w:tr>
    </w:tbl>
    <w:p>
      <w:pPr>
        <w:keepNext/>
        <w:spacing w:before="400" w:after="40" w:line="312" w:lineRule="auto"/>
      </w:pPr>
      <w:r>
        <w:rPr>
          <w:rFonts w:ascii="Georgia" w:hAnsi="Georgia" w:cs="Georgia" w:eastAsia="Georgia"/>
          <w:color w:val="2A241E"/>
          <w:sz w:val="22"/>
        </w:rPr>
        <w:t>Assignee (client)</w:t>
      </w:r>
    </w:p>
    <w:tbl>
      <w:tblPr>
        <w:tblW w:type="auto" w:w="0"/>
        <w:tblLook w:firstColumn="1" w:firstRow="1" w:lastColumn="0" w:lastRow="0" w:noHBand="0" w:noVBand="1" w:val="04A0"/>
      </w:tblPr>
      <w:tblGrid>
        <w:gridCol w:w="3137"/>
        <w:gridCol w:w="3137"/>
        <w:gridCol w:w="3137"/>
      </w:tblGrid>
      <w:tr>
        <w:tc>
          <w:tcPr>
            <w:tcW w:type="dxa" w:w="3742"/>
          </w:tcPr>
          <w:p>
            <w:pPr>
              <w:keepNext/>
              <w:spacing w:before="360" w:after="0" w:line="312" w:lineRule="auto"/>
              <w:pBdr>
                <w:bottom w:val="single" w:sz="6" w:space="1" w:color="2A241E"/>
              </w:pBdr>
            </w:pPr>
          </w:p>
        </w:tc>
        <w:tc>
          <w:tcPr>
            <w:tcW w:type="dxa" w:w="3742"/>
          </w:tcPr>
          <w:p>
            <w:pPr>
              <w:keepNext/>
              <w:spacing w:before="360" w:after="0" w:line="312" w:lineRule="auto"/>
              <w:pBdr>
                <w:bottom w:val="single" w:sz="6" w:space="1" w:color="2A241E"/>
              </w:pBdr>
            </w:pPr>
          </w:p>
        </w:tc>
        <w:tc>
          <w:tcPr>
            <w:tcW w:type="dxa" w:w="1928"/>
          </w:tcPr>
          <w:p>
            <w:pPr>
              <w:keepNext/>
              <w:spacing w:before="360" w:after="0" w:line="312" w:lineRule="auto"/>
              <w:pBdr>
                <w:bottom w:val="single" w:sz="6" w:space="1" w:color="2A241E"/>
              </w:pBdr>
            </w:pPr>
          </w:p>
        </w:tc>
      </w:tr>
      <w:tr>
        <w:tc>
          <w:tcPr>
            <w:tcW w:type="dxa" w:w="3742"/>
          </w:tcPr>
          <w:p>
            <w:pPr>
              <w:spacing w:before="40" w:after="0" w:line="312" w:lineRule="auto"/>
            </w:pPr>
            <w:r>
              <w:rPr>
                <w:rFonts w:ascii="Georgia" w:hAnsi="Georgia" w:cs="Georgia" w:eastAsia="Georgia"/>
                <w:color w:val="6F6358"/>
                <w:sz w:val="13"/>
              </w:rPr>
              <w:t>SIGNATURE</w:t>
            </w:r>
          </w:p>
        </w:tc>
        <w:tc>
          <w:tcPr>
            <w:tcW w:type="dxa" w:w="3742"/>
          </w:tcPr>
          <w:p>
            <w:pPr>
              <w:spacing w:before="40" w:after="0" w:line="312" w:lineRule="auto"/>
            </w:pPr>
            <w:r>
              <w:rPr>
                <w:rFonts w:ascii="Georgia" w:hAnsi="Georgia" w:cs="Georgia" w:eastAsia="Georgia"/>
                <w:color w:val="6F6358"/>
                <w:sz w:val="13"/>
              </w:rPr>
              <w:t>FULL NAME</w:t>
            </w:r>
          </w:p>
        </w:tc>
        <w:tc>
          <w:tcPr>
            <w:tcW w:type="dxa" w:w="1928"/>
          </w:tcPr>
          <w:p>
            <w:pPr>
              <w:spacing w:before="40" w:after="0" w:line="312" w:lineRule="auto"/>
            </w:pPr>
            <w:r>
              <w:rPr>
                <w:rFonts w:ascii="Georgia" w:hAnsi="Georgia" w:cs="Georgia" w:eastAsia="Georgia"/>
                <w:color w:val="6F6358"/>
                <w:sz w:val="13"/>
              </w:rPr>
              <w:t>DATE</w:t>
            </w:r>
          </w:p>
        </w:tc>
      </w:tr>
    </w:tbl>
    <w:p>
      <w:pPr>
        <w:keepNext/>
        <w:spacing w:before="400" w:after="40" w:line="312" w:lineRule="auto"/>
      </w:pPr>
      <w:r>
        <w:rPr>
          <w:rFonts w:ascii="Georgia" w:hAnsi="Georgia" w:cs="Georgia" w:eastAsia="Georgia"/>
          <w:color w:val="2A241E"/>
          <w:sz w:val="22"/>
        </w:rPr>
        <w:t>Witness 1: name and address</w:t>
      </w:r>
    </w:p>
    <w:tbl>
      <w:tblPr>
        <w:tblW w:type="auto" w:w="0"/>
        <w:tblLook w:firstColumn="1" w:firstRow="1" w:lastColumn="0" w:lastRow="0" w:noHBand="0" w:noVBand="1" w:val="04A0"/>
      </w:tblPr>
      <w:tblGrid>
        <w:gridCol w:w="3137"/>
        <w:gridCol w:w="3137"/>
        <w:gridCol w:w="3137"/>
      </w:tblGrid>
      <w:tr>
        <w:tc>
          <w:tcPr>
            <w:tcW w:type="dxa" w:w="3742"/>
          </w:tcPr>
          <w:p>
            <w:pPr>
              <w:keepNext/>
              <w:spacing w:before="360" w:after="0" w:line="312" w:lineRule="auto"/>
              <w:pBdr>
                <w:bottom w:val="single" w:sz="6" w:space="1" w:color="2A241E"/>
              </w:pBdr>
            </w:pPr>
          </w:p>
        </w:tc>
        <w:tc>
          <w:tcPr>
            <w:tcW w:type="dxa" w:w="3742"/>
          </w:tcPr>
          <w:p>
            <w:pPr>
              <w:keepNext/>
              <w:spacing w:before="360" w:after="0" w:line="312" w:lineRule="auto"/>
              <w:pBdr>
                <w:bottom w:val="single" w:sz="6" w:space="1" w:color="2A241E"/>
              </w:pBdr>
            </w:pPr>
          </w:p>
        </w:tc>
        <w:tc>
          <w:tcPr>
            <w:tcW w:type="dxa" w:w="1928"/>
          </w:tcPr>
          <w:p>
            <w:pPr>
              <w:keepNext/>
              <w:spacing w:before="360" w:after="0" w:line="312" w:lineRule="auto"/>
              <w:pBdr>
                <w:bottom w:val="single" w:sz="6" w:space="1" w:color="2A241E"/>
              </w:pBdr>
            </w:pPr>
          </w:p>
        </w:tc>
      </w:tr>
      <w:tr>
        <w:tc>
          <w:tcPr>
            <w:tcW w:type="dxa" w:w="3742"/>
          </w:tcPr>
          <w:p>
            <w:pPr>
              <w:keepNext/>
              <w:spacing w:before="40" w:after="0" w:line="312" w:lineRule="auto"/>
            </w:pPr>
            <w:r>
              <w:rPr>
                <w:rFonts w:ascii="Georgia" w:hAnsi="Georgia" w:cs="Georgia" w:eastAsia="Georgia"/>
                <w:color w:val="6F6358"/>
                <w:sz w:val="13"/>
              </w:rPr>
              <w:t>SIGNATURE</w:t>
            </w:r>
          </w:p>
        </w:tc>
        <w:tc>
          <w:tcPr>
            <w:tcW w:type="dxa" w:w="3742"/>
          </w:tcPr>
          <w:p>
            <w:pPr>
              <w:keepNext/>
              <w:spacing w:before="40" w:after="0" w:line="312" w:lineRule="auto"/>
            </w:pPr>
            <w:r>
              <w:rPr>
                <w:rFonts w:ascii="Georgia" w:hAnsi="Georgia" w:cs="Georgia" w:eastAsia="Georgia"/>
                <w:color w:val="6F6358"/>
                <w:sz w:val="13"/>
              </w:rPr>
              <w:t>FULL NAME</w:t>
            </w:r>
          </w:p>
        </w:tc>
        <w:tc>
          <w:tcPr>
            <w:tcW w:type="dxa" w:w="1928"/>
          </w:tcPr>
          <w:p>
            <w:pPr>
              <w:keepNext/>
              <w:spacing w:before="40" w:after="0" w:line="312" w:lineRule="auto"/>
            </w:pPr>
            <w:r>
              <w:rPr>
                <w:rFonts w:ascii="Georgia" w:hAnsi="Georgia" w:cs="Georgia" w:eastAsia="Georgia"/>
                <w:color w:val="6F6358"/>
                <w:sz w:val="13"/>
              </w:rPr>
              <w:t>DATE</w:t>
            </w:r>
          </w:p>
        </w:tc>
      </w:tr>
      <w:tr>
        <w:tc>
          <w:tcPr>
            <w:tcW w:type="dxa" w:w="9411"/>
            <w:gridSpan w:val="3"/>
          </w:tcPr>
          <w:p>
            <w:pPr>
              <w:spacing w:before="360" w:after="0" w:line="312" w:lineRule="auto"/>
              <w:keepNext/>
              <w:pBdr>
                <w:bottom w:val="single" w:sz="6" w:space="1" w:color="2A241E"/>
              </w:pBdr>
            </w:pPr>
          </w:p>
        </w:tc>
      </w:tr>
      <w:tr>
        <w:tc>
          <w:tcPr>
            <w:tcW w:type="dxa" w:w="3137"/>
          </w:tcPr>
          <w:p>
            <w:r>
              <w:rPr>
                <w:rFonts w:ascii="Georgia" w:hAnsi="Georgia" w:cs="Georgia" w:eastAsia="Georgia"/>
                <w:color w:val="6F6358"/>
                <w:sz w:val="13"/>
              </w:rPr>
              <w:t>ADDRESS</w:t>
            </w:r>
          </w:p>
        </w:tc>
        <w:tc>
          <w:tcPr>
            <w:tcW w:type="dxa" w:w="3137"/>
          </w:tcPr>
          <w:p/>
        </w:tc>
        <w:tc>
          <w:tcPr>
            <w:tcW w:type="dxa" w:w="3137"/>
          </w:tcPr>
          <w:p/>
        </w:tc>
      </w:tr>
    </w:tbl>
    <w:p>
      <w:pPr>
        <w:keepNext/>
        <w:spacing w:before="400" w:after="40" w:line="312" w:lineRule="auto"/>
      </w:pPr>
      <w:r>
        <w:rPr>
          <w:rFonts w:ascii="Georgia" w:hAnsi="Georgia" w:cs="Georgia" w:eastAsia="Georgia"/>
          <w:color w:val="2A241E"/>
          <w:sz w:val="22"/>
        </w:rPr>
        <w:t>Witness 2: name and address</w:t>
      </w:r>
    </w:p>
    <w:tbl>
      <w:tblPr>
        <w:tblW w:type="auto" w:w="0"/>
        <w:tblLook w:firstColumn="1" w:firstRow="1" w:lastColumn="0" w:lastRow="0" w:noHBand="0" w:noVBand="1" w:val="04A0"/>
      </w:tblPr>
      <w:tblGrid>
        <w:gridCol w:w="3137"/>
        <w:gridCol w:w="3137"/>
        <w:gridCol w:w="3137"/>
      </w:tblGrid>
      <w:tr>
        <w:tc>
          <w:tcPr>
            <w:tcW w:type="dxa" w:w="3742"/>
          </w:tcPr>
          <w:p>
            <w:pPr>
              <w:keepNext/>
              <w:spacing w:before="360" w:after="0" w:line="312" w:lineRule="auto"/>
              <w:pBdr>
                <w:bottom w:val="single" w:sz="6" w:space="1" w:color="2A241E"/>
              </w:pBdr>
            </w:pPr>
          </w:p>
        </w:tc>
        <w:tc>
          <w:tcPr>
            <w:tcW w:type="dxa" w:w="3742"/>
          </w:tcPr>
          <w:p>
            <w:pPr>
              <w:keepNext/>
              <w:spacing w:before="360" w:after="0" w:line="312" w:lineRule="auto"/>
              <w:pBdr>
                <w:bottom w:val="single" w:sz="6" w:space="1" w:color="2A241E"/>
              </w:pBdr>
            </w:pPr>
          </w:p>
        </w:tc>
        <w:tc>
          <w:tcPr>
            <w:tcW w:type="dxa" w:w="1928"/>
          </w:tcPr>
          <w:p>
            <w:pPr>
              <w:keepNext/>
              <w:spacing w:before="360" w:after="0" w:line="312" w:lineRule="auto"/>
              <w:pBdr>
                <w:bottom w:val="single" w:sz="6" w:space="1" w:color="2A241E"/>
              </w:pBdr>
            </w:pPr>
          </w:p>
        </w:tc>
      </w:tr>
      <w:tr>
        <w:tc>
          <w:tcPr>
            <w:tcW w:type="dxa" w:w="3742"/>
          </w:tcPr>
          <w:p>
            <w:pPr>
              <w:keepNext/>
              <w:spacing w:before="40" w:after="0" w:line="312" w:lineRule="auto"/>
            </w:pPr>
            <w:r>
              <w:rPr>
                <w:rFonts w:ascii="Georgia" w:hAnsi="Georgia" w:cs="Georgia" w:eastAsia="Georgia"/>
                <w:color w:val="6F6358"/>
                <w:sz w:val="13"/>
              </w:rPr>
              <w:t>SIGNATURE</w:t>
            </w:r>
          </w:p>
        </w:tc>
        <w:tc>
          <w:tcPr>
            <w:tcW w:type="dxa" w:w="3742"/>
          </w:tcPr>
          <w:p>
            <w:pPr>
              <w:keepNext/>
              <w:spacing w:before="40" w:after="0" w:line="312" w:lineRule="auto"/>
            </w:pPr>
            <w:r>
              <w:rPr>
                <w:rFonts w:ascii="Georgia" w:hAnsi="Georgia" w:cs="Georgia" w:eastAsia="Georgia"/>
                <w:color w:val="6F6358"/>
                <w:sz w:val="13"/>
              </w:rPr>
              <w:t>FULL NAME</w:t>
            </w:r>
          </w:p>
        </w:tc>
        <w:tc>
          <w:tcPr>
            <w:tcW w:type="dxa" w:w="1928"/>
          </w:tcPr>
          <w:p>
            <w:pPr>
              <w:keepNext/>
              <w:spacing w:before="40" w:after="0" w:line="312" w:lineRule="auto"/>
            </w:pPr>
            <w:r>
              <w:rPr>
                <w:rFonts w:ascii="Georgia" w:hAnsi="Georgia" w:cs="Georgia" w:eastAsia="Georgia"/>
                <w:color w:val="6F6358"/>
                <w:sz w:val="13"/>
              </w:rPr>
              <w:t>DATE</w:t>
            </w:r>
          </w:p>
        </w:tc>
      </w:tr>
      <w:tr>
        <w:tc>
          <w:tcPr>
            <w:tcW w:type="dxa" w:w="9411"/>
            <w:gridSpan w:val="3"/>
          </w:tcPr>
          <w:p>
            <w:pPr>
              <w:spacing w:before="360" w:after="0" w:line="312" w:lineRule="auto"/>
              <w:keepNext/>
              <w:pBdr>
                <w:bottom w:val="single" w:sz="6" w:space="1" w:color="2A241E"/>
              </w:pBdr>
            </w:pPr>
          </w:p>
        </w:tc>
      </w:tr>
      <w:tr>
        <w:tc>
          <w:tcPr>
            <w:tcW w:type="dxa" w:w="3137"/>
          </w:tcPr>
          <w:p>
            <w:r>
              <w:rPr>
                <w:rFonts w:ascii="Georgia" w:hAnsi="Georgia" w:cs="Georgia" w:eastAsia="Georgia"/>
                <w:color w:val="6F6358"/>
                <w:sz w:val="13"/>
              </w:rPr>
              <w:t>ADDRESS</w:t>
            </w:r>
          </w:p>
        </w:tc>
        <w:tc>
          <w:tcPr>
            <w:tcW w:type="dxa" w:w="3137"/>
          </w:tcPr>
          <w:p/>
        </w:tc>
        <w:tc>
          <w:tcPr>
            <w:tcW w:type="dxa" w:w="3137"/>
          </w:tcPr>
          <w:p/>
        </w:tc>
      </w:tr>
    </w:tbl>
    <w:sectPr w:rsidR="00FC693F" w:rsidRPr="0006063C" w:rsidSect="00034616">
      <w:footerReference w:type="default" r:id="rId9"/>
      <w:pgSz w:w="11906" w:h="16838"/>
      <w:pgMar w:top="1134"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77" w:val="clear"/>
        <w:tab w:pos="9360" w:val="clear"/>
        <w:tab w:pos="9411" w:val="right"/>
      </w:tabs>
    </w:pPr>
    <w:r>
      <w:rPr>
        <w:rFonts w:ascii="Georgia" w:hAnsi="Georgia" w:cs="Georgia" w:eastAsia="Georgia"/>
        <w:color w:val="6F6358"/>
        <w:sz w:val="15"/>
      </w:rPr>
      <w:t>Deed of Assignment of Copyright · Downloaded for free from sgwashere.com</w:t>
      <w:tab/>
    </w:r>
    <w:r>
      <w:rPr>
        <w:rFonts w:ascii="Georgia" w:hAnsi="Georgia" w:cs="Georgia" w:eastAsia="Georgia"/>
        <w:color w:val="6F6358"/>
        <w:sz w:val="15"/>
      </w:rPr>
      <w:fldChar w:fldCharType="begin"/>
      <w:instrText xml:space="preserve">PAGE</w:instrText>
      <w:fldChar w:fldCharType="end"/>
    </w:r>
    <w:r>
      <w:rPr>
        <w:rFonts w:ascii="Georgia" w:hAnsi="Georgia" w:cs="Georgia" w:eastAsia="Georgia"/>
        <w:color w:val="6F6358"/>
        <w:sz w:val="15"/>
      </w:rPr>
      <w:t xml:space="preserve"> of </w:t>
    </w:r>
    <w:r>
      <w:rPr>
        <w:rFonts w:ascii="Georgia" w:hAnsi="Georgia" w:cs="Georgia" w:eastAsia="Georgia"/>
        <w:color w:val="6F6358"/>
        <w:sz w:val="15"/>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12" w:lineRule="auto"/>
    </w:pPr>
    <w:rPr>
      <w:rFonts w:ascii="Georgia" w:hAnsi="Georgia" w:cs="Georgia" w:eastAsia="Georgia"/>
      <w:color w:val="2A241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Georgia" w:hAnsi="Georgia" w:cs="Georgia" w:eastAsia="Georgia"/>
      <w:b w:val="0"/>
      <w:bCs/>
      <w:i w:val="0"/>
      <w:color w:val="2A241E"/>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Georgia" w:hAnsi="Georgia" w:cs="Georgia" w:eastAsia="Georgia"/>
      <w:b w:val="0"/>
      <w:bCs/>
      <w:i w:val="0"/>
      <w:color w:val="2A241E"/>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cstheme="majorBidi" w:ascii="Georgia" w:hAnsi="Georgia" w:cs="Georgia" w:eastAsia="Georgia"/>
      <w:b w:val="0"/>
      <w:i w:val="0"/>
      <w:color w:val="2A241E"/>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Deed of Assignment of Copyright</dc:title>
  <dc:subject/>
  <dc:creator>sgwashere.com</dc:creator>
  <cp:keywords/>
  <dc:description>generated by python-docx</dc:description>
  <cp:lastModifiedBy/>
  <cp:revision>1</cp:revision>
  <dcterms:created xsi:type="dcterms:W3CDTF">2013-12-23T23:15:00Z</dcterms:created>
  <dcterms:modified xsi:type="dcterms:W3CDTF">2013-12-23T23:15:00Z</dcterms:modified>
  <cp:category/>
</cp:coreProperties>
</file>